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DB5" w:rsidRPr="005266FB" w:rsidRDefault="00405C66">
      <w:pPr>
        <w:rPr>
          <w:rFonts w:ascii="標楷體" w:eastAsia="標楷體" w:hAnsi="標楷體"/>
          <w:lang w:eastAsia="zh-TW"/>
        </w:rPr>
      </w:pPr>
      <w:r w:rsidRPr="005266FB">
        <w:rPr>
          <w:rFonts w:ascii="標楷體" w:eastAsia="標楷體" w:hAnsi="標楷體"/>
          <w:b/>
          <w:sz w:val="28"/>
          <w:lang w:eastAsia="zh-TW"/>
        </w:rPr>
        <w:t>附表四：監視影像調閱及輸出紀錄表（範本）</w:t>
      </w:r>
    </w:p>
    <w:tbl>
      <w:tblPr>
        <w:tblStyle w:val="aff2"/>
        <w:tblW w:w="0" w:type="auto"/>
        <w:tblLayout w:type="fixed"/>
        <w:tblLook w:val="04A0" w:firstRow="1" w:lastRow="0" w:firstColumn="1" w:lastColumn="0" w:noHBand="0" w:noVBand="1"/>
      </w:tblPr>
      <w:tblGrid>
        <w:gridCol w:w="1020"/>
        <w:gridCol w:w="567"/>
        <w:gridCol w:w="1587"/>
        <w:gridCol w:w="1928"/>
        <w:gridCol w:w="567"/>
        <w:gridCol w:w="1701"/>
        <w:gridCol w:w="1247"/>
        <w:gridCol w:w="1587"/>
      </w:tblGrid>
      <w:tr w:rsidR="00264DB5" w:rsidRPr="005266FB">
        <w:tc>
          <w:tcPr>
            <w:tcW w:w="1020" w:type="dxa"/>
            <w:shd w:val="clear" w:color="auto" w:fill="F2F2F2"/>
            <w:vAlign w:val="center"/>
          </w:tcPr>
          <w:p w:rsidR="00264DB5" w:rsidRPr="005266FB" w:rsidRDefault="00405C66">
            <w:pPr>
              <w:jc w:val="center"/>
              <w:rPr>
                <w:rFonts w:ascii="標楷體" w:eastAsia="標楷體" w:hAnsi="標楷體"/>
              </w:rPr>
            </w:pPr>
            <w:r w:rsidRPr="005266FB">
              <w:rPr>
                <w:rFonts w:ascii="標楷體" w:eastAsia="標楷體" w:hAnsi="標楷體"/>
                <w:b/>
              </w:rPr>
              <w:t>日期</w:t>
            </w:r>
            <w:r w:rsidRPr="005266FB">
              <w:rPr>
                <w:rFonts w:ascii="標楷體" w:eastAsia="標楷體" w:hAnsi="標楷體"/>
                <w:b/>
              </w:rPr>
              <w:br/>
            </w:r>
            <w:r w:rsidRPr="005266FB">
              <w:rPr>
                <w:rFonts w:ascii="標楷體" w:eastAsia="標楷體" w:hAnsi="標楷體"/>
                <w:b/>
              </w:rPr>
              <w:t>時間</w:t>
            </w:r>
          </w:p>
        </w:tc>
        <w:tc>
          <w:tcPr>
            <w:tcW w:w="567" w:type="dxa"/>
            <w:shd w:val="clear" w:color="auto" w:fill="F2F2F2"/>
            <w:vAlign w:val="center"/>
          </w:tcPr>
          <w:p w:rsidR="00264DB5" w:rsidRPr="005266FB" w:rsidRDefault="00405C66">
            <w:pPr>
              <w:jc w:val="center"/>
              <w:rPr>
                <w:rFonts w:ascii="標楷體" w:eastAsia="標楷體" w:hAnsi="標楷體"/>
              </w:rPr>
            </w:pPr>
            <w:r w:rsidRPr="005266FB">
              <w:rPr>
                <w:rFonts w:ascii="標楷體" w:eastAsia="標楷體" w:hAnsi="標楷體"/>
                <w:b/>
              </w:rPr>
              <w:t>申</w:t>
            </w:r>
            <w:r w:rsidRPr="005266FB">
              <w:rPr>
                <w:rFonts w:ascii="標楷體" w:eastAsia="標楷體" w:hAnsi="標楷體"/>
                <w:b/>
              </w:rPr>
              <w:br/>
            </w:r>
            <w:r w:rsidRPr="005266FB">
              <w:rPr>
                <w:rFonts w:ascii="標楷體" w:eastAsia="標楷體" w:hAnsi="標楷體"/>
                <w:b/>
              </w:rPr>
              <w:t>請</w:t>
            </w:r>
            <w:r w:rsidRPr="005266FB">
              <w:rPr>
                <w:rFonts w:ascii="標楷體" w:eastAsia="標楷體" w:hAnsi="標楷體"/>
                <w:b/>
              </w:rPr>
              <w:br/>
            </w:r>
            <w:r w:rsidRPr="005266FB">
              <w:rPr>
                <w:rFonts w:ascii="標楷體" w:eastAsia="標楷體" w:hAnsi="標楷體"/>
                <w:b/>
              </w:rPr>
              <w:t>人</w:t>
            </w:r>
          </w:p>
        </w:tc>
        <w:tc>
          <w:tcPr>
            <w:tcW w:w="1587" w:type="dxa"/>
            <w:shd w:val="clear" w:color="auto" w:fill="F2F2F2"/>
            <w:vAlign w:val="center"/>
          </w:tcPr>
          <w:p w:rsidR="00264DB5" w:rsidRPr="005266FB" w:rsidRDefault="00405C66">
            <w:pPr>
              <w:jc w:val="center"/>
              <w:rPr>
                <w:rFonts w:ascii="標楷體" w:eastAsia="標楷體" w:hAnsi="標楷體"/>
              </w:rPr>
            </w:pPr>
            <w:r w:rsidRPr="005266FB">
              <w:rPr>
                <w:rFonts w:ascii="標楷體" w:eastAsia="標楷體" w:hAnsi="標楷體"/>
                <w:b/>
              </w:rPr>
              <w:t>調閱目的</w:t>
            </w:r>
          </w:p>
        </w:tc>
        <w:tc>
          <w:tcPr>
            <w:tcW w:w="1928" w:type="dxa"/>
            <w:shd w:val="clear" w:color="auto" w:fill="F2F2F2"/>
            <w:vAlign w:val="center"/>
          </w:tcPr>
          <w:p w:rsidR="00264DB5" w:rsidRPr="005266FB" w:rsidRDefault="00405C66">
            <w:pPr>
              <w:jc w:val="center"/>
              <w:rPr>
                <w:rFonts w:ascii="標楷體" w:eastAsia="標楷體" w:hAnsi="標楷體"/>
              </w:rPr>
            </w:pPr>
            <w:r w:rsidRPr="005266FB">
              <w:rPr>
                <w:rFonts w:ascii="標楷體" w:eastAsia="標楷體" w:hAnsi="標楷體"/>
                <w:b/>
              </w:rPr>
              <w:t>影像時</w:t>
            </w:r>
            <w:r w:rsidRPr="005266FB">
              <w:rPr>
                <w:rFonts w:ascii="標楷體" w:eastAsia="標楷體" w:hAnsi="標楷體"/>
                <w:b/>
              </w:rPr>
              <w:br/>
            </w:r>
            <w:r w:rsidRPr="005266FB">
              <w:rPr>
                <w:rFonts w:ascii="標楷體" w:eastAsia="標楷體" w:hAnsi="標楷體"/>
                <w:b/>
              </w:rPr>
              <w:t>間範圍</w:t>
            </w:r>
          </w:p>
        </w:tc>
        <w:tc>
          <w:tcPr>
            <w:tcW w:w="567" w:type="dxa"/>
            <w:shd w:val="clear" w:color="auto" w:fill="F2F2F2"/>
            <w:vAlign w:val="center"/>
          </w:tcPr>
          <w:p w:rsidR="00264DB5" w:rsidRPr="005266FB" w:rsidRDefault="00405C66">
            <w:pPr>
              <w:jc w:val="center"/>
              <w:rPr>
                <w:rFonts w:ascii="標楷體" w:eastAsia="標楷體" w:hAnsi="標楷體"/>
              </w:rPr>
            </w:pPr>
            <w:r w:rsidRPr="005266FB">
              <w:rPr>
                <w:rFonts w:ascii="標楷體" w:eastAsia="標楷體" w:hAnsi="標楷體"/>
                <w:b/>
              </w:rPr>
              <w:t>核</w:t>
            </w:r>
            <w:r w:rsidRPr="005266FB">
              <w:rPr>
                <w:rFonts w:ascii="標楷體" w:eastAsia="標楷體" w:hAnsi="標楷體"/>
                <w:b/>
              </w:rPr>
              <w:br/>
            </w:r>
            <w:r w:rsidRPr="005266FB">
              <w:rPr>
                <w:rFonts w:ascii="標楷體" w:eastAsia="標楷體" w:hAnsi="標楷體"/>
                <w:b/>
              </w:rPr>
              <w:t>准</w:t>
            </w:r>
            <w:r w:rsidRPr="005266FB">
              <w:rPr>
                <w:rFonts w:ascii="標楷體" w:eastAsia="標楷體" w:hAnsi="標楷體"/>
                <w:b/>
              </w:rPr>
              <w:br/>
            </w:r>
            <w:r w:rsidRPr="005266FB">
              <w:rPr>
                <w:rFonts w:ascii="標楷體" w:eastAsia="標楷體" w:hAnsi="標楷體"/>
                <w:b/>
              </w:rPr>
              <w:t>人</w:t>
            </w:r>
          </w:p>
        </w:tc>
        <w:tc>
          <w:tcPr>
            <w:tcW w:w="1701" w:type="dxa"/>
            <w:shd w:val="clear" w:color="auto" w:fill="F2F2F2"/>
            <w:vAlign w:val="center"/>
          </w:tcPr>
          <w:p w:rsidR="00264DB5" w:rsidRPr="005266FB" w:rsidRDefault="00405C66">
            <w:pPr>
              <w:jc w:val="center"/>
              <w:rPr>
                <w:rFonts w:ascii="標楷體" w:eastAsia="標楷體" w:hAnsi="標楷體"/>
              </w:rPr>
            </w:pPr>
            <w:r w:rsidRPr="005266FB">
              <w:rPr>
                <w:rFonts w:ascii="標楷體" w:eastAsia="標楷體" w:hAnsi="標楷體"/>
                <w:b/>
              </w:rPr>
              <w:t>調閱</w:t>
            </w:r>
            <w:r w:rsidRPr="005266FB">
              <w:rPr>
                <w:rFonts w:ascii="標楷體" w:eastAsia="標楷體" w:hAnsi="標楷體"/>
                <w:b/>
              </w:rPr>
              <w:t>/</w:t>
            </w:r>
            <w:r w:rsidRPr="005266FB">
              <w:rPr>
                <w:rFonts w:ascii="標楷體" w:eastAsia="標楷體" w:hAnsi="標楷體"/>
                <w:b/>
              </w:rPr>
              <w:t>輸出</w:t>
            </w:r>
            <w:r w:rsidRPr="005266FB">
              <w:rPr>
                <w:rFonts w:ascii="標楷體" w:eastAsia="標楷體" w:hAnsi="標楷體"/>
                <w:b/>
              </w:rPr>
              <w:br/>
            </w:r>
            <w:r w:rsidRPr="005266FB">
              <w:rPr>
                <w:rFonts w:ascii="標楷體" w:eastAsia="標楷體" w:hAnsi="標楷體"/>
                <w:b/>
              </w:rPr>
              <w:t>方式</w:t>
            </w:r>
          </w:p>
        </w:tc>
        <w:tc>
          <w:tcPr>
            <w:tcW w:w="1247" w:type="dxa"/>
            <w:shd w:val="clear" w:color="auto" w:fill="F2F2F2"/>
            <w:vAlign w:val="center"/>
          </w:tcPr>
          <w:p w:rsidR="00264DB5" w:rsidRPr="005266FB" w:rsidRDefault="00405C66">
            <w:pPr>
              <w:jc w:val="center"/>
              <w:rPr>
                <w:rFonts w:ascii="標楷體" w:eastAsia="標楷體" w:hAnsi="標楷體"/>
              </w:rPr>
            </w:pPr>
            <w:r w:rsidRPr="005266FB">
              <w:rPr>
                <w:rFonts w:ascii="標楷體" w:eastAsia="標楷體" w:hAnsi="標楷體"/>
                <w:b/>
              </w:rPr>
              <w:t>是否遮蔽</w:t>
            </w:r>
            <w:r w:rsidRPr="005266FB">
              <w:rPr>
                <w:rFonts w:ascii="標楷體" w:eastAsia="標楷體" w:hAnsi="標楷體"/>
                <w:b/>
              </w:rPr>
              <w:br/>
            </w:r>
            <w:r w:rsidRPr="005266FB">
              <w:rPr>
                <w:rFonts w:ascii="標楷體" w:eastAsia="標楷體" w:hAnsi="標楷體"/>
                <w:b/>
              </w:rPr>
              <w:t>第三人</w:t>
            </w:r>
          </w:p>
        </w:tc>
        <w:tc>
          <w:tcPr>
            <w:tcW w:w="1587" w:type="dxa"/>
            <w:shd w:val="clear" w:color="auto" w:fill="F2F2F2"/>
            <w:vAlign w:val="center"/>
          </w:tcPr>
          <w:p w:rsidR="00264DB5" w:rsidRPr="005266FB" w:rsidRDefault="00405C66">
            <w:pPr>
              <w:jc w:val="center"/>
              <w:rPr>
                <w:rFonts w:ascii="標楷體" w:eastAsia="標楷體" w:hAnsi="標楷體"/>
              </w:rPr>
            </w:pPr>
            <w:r w:rsidRPr="005266FB">
              <w:rPr>
                <w:rFonts w:ascii="標楷體" w:eastAsia="標楷體" w:hAnsi="標楷體"/>
                <w:b/>
              </w:rPr>
              <w:t>刪除或返還</w:t>
            </w:r>
            <w:r w:rsidRPr="005266FB">
              <w:rPr>
                <w:rFonts w:ascii="標楷體" w:eastAsia="標楷體" w:hAnsi="標楷體"/>
                <w:b/>
              </w:rPr>
              <w:br/>
            </w:r>
            <w:r w:rsidRPr="005266FB">
              <w:rPr>
                <w:rFonts w:ascii="標楷體" w:eastAsia="標楷體" w:hAnsi="標楷體"/>
                <w:b/>
              </w:rPr>
              <w:t>期限</w:t>
            </w:r>
          </w:p>
        </w:tc>
      </w:tr>
      <w:tr w:rsidR="00264DB5" w:rsidRPr="005266FB">
        <w:tc>
          <w:tcPr>
            <w:tcW w:w="1020" w:type="dxa"/>
            <w:vAlign w:val="center"/>
          </w:tcPr>
          <w:p w:rsidR="00264DB5" w:rsidRPr="005266FB" w:rsidRDefault="00264DB5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264DB5" w:rsidRPr="005266FB" w:rsidRDefault="00264DB5">
            <w:pPr>
              <w:rPr>
                <w:rFonts w:ascii="標楷體" w:eastAsia="標楷體" w:hAnsi="標楷體"/>
              </w:rPr>
            </w:pPr>
          </w:p>
        </w:tc>
        <w:tc>
          <w:tcPr>
            <w:tcW w:w="1587" w:type="dxa"/>
            <w:vAlign w:val="center"/>
          </w:tcPr>
          <w:p w:rsidR="00264DB5" w:rsidRPr="005266FB" w:rsidRDefault="00405C66">
            <w:pPr>
              <w:rPr>
                <w:rFonts w:ascii="標楷體" w:eastAsia="標楷體" w:hAnsi="標楷體"/>
                <w:lang w:eastAsia="zh-TW"/>
              </w:rPr>
            </w:pPr>
            <w:r w:rsidRPr="005266FB">
              <w:rPr>
                <w:rFonts w:ascii="標楷體" w:eastAsia="標楷體" w:hAnsi="標楷體"/>
                <w:lang w:eastAsia="zh-TW"/>
              </w:rPr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事故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警方調查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消費爭議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其他</w:t>
            </w:r>
          </w:p>
        </w:tc>
        <w:tc>
          <w:tcPr>
            <w:tcW w:w="1928" w:type="dxa"/>
            <w:vAlign w:val="center"/>
          </w:tcPr>
          <w:p w:rsidR="00264DB5" w:rsidRPr="005266FB" w:rsidRDefault="00264DB5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567" w:type="dxa"/>
            <w:vAlign w:val="center"/>
          </w:tcPr>
          <w:p w:rsidR="00264DB5" w:rsidRPr="005266FB" w:rsidRDefault="00264DB5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701" w:type="dxa"/>
            <w:vAlign w:val="center"/>
          </w:tcPr>
          <w:p w:rsidR="00264DB5" w:rsidRPr="005266FB" w:rsidRDefault="00405C66">
            <w:pPr>
              <w:rPr>
                <w:rFonts w:ascii="標楷體" w:eastAsia="標楷體" w:hAnsi="標楷體"/>
                <w:lang w:eastAsia="zh-TW"/>
              </w:rPr>
            </w:pPr>
            <w:r w:rsidRPr="005266FB">
              <w:rPr>
                <w:rFonts w:ascii="標楷體" w:eastAsia="標楷體" w:hAnsi="標楷體"/>
                <w:lang w:eastAsia="zh-TW"/>
              </w:rPr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觀看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截圖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複製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提供機關</w:t>
            </w:r>
          </w:p>
        </w:tc>
        <w:tc>
          <w:tcPr>
            <w:tcW w:w="1247" w:type="dxa"/>
            <w:vAlign w:val="center"/>
          </w:tcPr>
          <w:p w:rsidR="00264DB5" w:rsidRPr="005266FB" w:rsidRDefault="00405C66">
            <w:pPr>
              <w:rPr>
                <w:rFonts w:ascii="標楷體" w:eastAsia="標楷體" w:hAnsi="標楷體"/>
              </w:rPr>
            </w:pPr>
            <w:r w:rsidRPr="005266FB">
              <w:rPr>
                <w:rFonts w:ascii="標楷體" w:eastAsia="標楷體" w:hAnsi="標楷體"/>
              </w:rPr>
              <w:t>□</w:t>
            </w:r>
            <w:r w:rsidRPr="005266FB">
              <w:rPr>
                <w:rFonts w:ascii="標楷體" w:eastAsia="標楷體" w:hAnsi="標楷體"/>
              </w:rPr>
              <w:t>是</w:t>
            </w:r>
            <w:r w:rsidRPr="005266FB">
              <w:rPr>
                <w:rFonts w:ascii="標楷體" w:eastAsia="標楷體" w:hAnsi="標楷體"/>
              </w:rPr>
              <w:br/>
              <w:t>□</w:t>
            </w:r>
            <w:r w:rsidRPr="005266FB">
              <w:rPr>
                <w:rFonts w:ascii="標楷體" w:eastAsia="標楷體" w:hAnsi="標楷體"/>
              </w:rPr>
              <w:t>否</w:t>
            </w:r>
          </w:p>
        </w:tc>
        <w:tc>
          <w:tcPr>
            <w:tcW w:w="1587" w:type="dxa"/>
            <w:vAlign w:val="center"/>
          </w:tcPr>
          <w:p w:rsidR="00264DB5" w:rsidRPr="005266FB" w:rsidRDefault="00264DB5">
            <w:pPr>
              <w:rPr>
                <w:rFonts w:ascii="標楷體" w:eastAsia="標楷體" w:hAnsi="標楷體"/>
              </w:rPr>
            </w:pPr>
          </w:p>
        </w:tc>
      </w:tr>
      <w:tr w:rsidR="00264DB5" w:rsidRPr="005266FB">
        <w:tc>
          <w:tcPr>
            <w:tcW w:w="1020" w:type="dxa"/>
            <w:vAlign w:val="center"/>
          </w:tcPr>
          <w:p w:rsidR="00264DB5" w:rsidRPr="005266FB" w:rsidRDefault="00264DB5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264DB5" w:rsidRPr="005266FB" w:rsidRDefault="00264DB5">
            <w:pPr>
              <w:rPr>
                <w:rFonts w:ascii="標楷體" w:eastAsia="標楷體" w:hAnsi="標楷體"/>
              </w:rPr>
            </w:pPr>
          </w:p>
        </w:tc>
        <w:tc>
          <w:tcPr>
            <w:tcW w:w="1587" w:type="dxa"/>
            <w:vAlign w:val="center"/>
          </w:tcPr>
          <w:p w:rsidR="00264DB5" w:rsidRPr="005266FB" w:rsidRDefault="00405C66">
            <w:pPr>
              <w:rPr>
                <w:rFonts w:ascii="標楷體" w:eastAsia="標楷體" w:hAnsi="標楷體"/>
                <w:lang w:eastAsia="zh-TW"/>
              </w:rPr>
            </w:pPr>
            <w:r w:rsidRPr="005266FB">
              <w:rPr>
                <w:rFonts w:ascii="標楷體" w:eastAsia="標楷體" w:hAnsi="標楷體"/>
                <w:lang w:eastAsia="zh-TW"/>
              </w:rPr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事故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警方調查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消費爭議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其他</w:t>
            </w:r>
          </w:p>
        </w:tc>
        <w:tc>
          <w:tcPr>
            <w:tcW w:w="1928" w:type="dxa"/>
            <w:vAlign w:val="center"/>
          </w:tcPr>
          <w:p w:rsidR="00264DB5" w:rsidRPr="005266FB" w:rsidRDefault="00264DB5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567" w:type="dxa"/>
            <w:vAlign w:val="center"/>
          </w:tcPr>
          <w:p w:rsidR="00264DB5" w:rsidRPr="005266FB" w:rsidRDefault="00264DB5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701" w:type="dxa"/>
            <w:vAlign w:val="center"/>
          </w:tcPr>
          <w:p w:rsidR="00264DB5" w:rsidRPr="005266FB" w:rsidRDefault="00405C66">
            <w:pPr>
              <w:rPr>
                <w:rFonts w:ascii="標楷體" w:eastAsia="標楷體" w:hAnsi="標楷體"/>
                <w:lang w:eastAsia="zh-TW"/>
              </w:rPr>
            </w:pPr>
            <w:r w:rsidRPr="005266FB">
              <w:rPr>
                <w:rFonts w:ascii="標楷體" w:eastAsia="標楷體" w:hAnsi="標楷體"/>
                <w:lang w:eastAsia="zh-TW"/>
              </w:rPr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觀看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截圖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複製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提供機關</w:t>
            </w:r>
          </w:p>
        </w:tc>
        <w:tc>
          <w:tcPr>
            <w:tcW w:w="1247" w:type="dxa"/>
            <w:vAlign w:val="center"/>
          </w:tcPr>
          <w:p w:rsidR="00264DB5" w:rsidRPr="005266FB" w:rsidRDefault="00405C66">
            <w:pPr>
              <w:rPr>
                <w:rFonts w:ascii="標楷體" w:eastAsia="標楷體" w:hAnsi="標楷體"/>
              </w:rPr>
            </w:pPr>
            <w:r w:rsidRPr="005266FB">
              <w:rPr>
                <w:rFonts w:ascii="標楷體" w:eastAsia="標楷體" w:hAnsi="標楷體"/>
              </w:rPr>
              <w:t>□</w:t>
            </w:r>
            <w:r w:rsidRPr="005266FB">
              <w:rPr>
                <w:rFonts w:ascii="標楷體" w:eastAsia="標楷體" w:hAnsi="標楷體"/>
              </w:rPr>
              <w:t>是</w:t>
            </w:r>
            <w:r w:rsidRPr="005266FB">
              <w:rPr>
                <w:rFonts w:ascii="標楷體" w:eastAsia="標楷體" w:hAnsi="標楷體"/>
              </w:rPr>
              <w:br/>
              <w:t>□</w:t>
            </w:r>
            <w:r w:rsidRPr="005266FB">
              <w:rPr>
                <w:rFonts w:ascii="標楷體" w:eastAsia="標楷體" w:hAnsi="標楷體"/>
              </w:rPr>
              <w:t>否</w:t>
            </w:r>
          </w:p>
        </w:tc>
        <w:tc>
          <w:tcPr>
            <w:tcW w:w="1587" w:type="dxa"/>
            <w:vAlign w:val="center"/>
          </w:tcPr>
          <w:p w:rsidR="00264DB5" w:rsidRPr="005266FB" w:rsidRDefault="00264DB5">
            <w:pPr>
              <w:rPr>
                <w:rFonts w:ascii="標楷體" w:eastAsia="標楷體" w:hAnsi="標楷體"/>
              </w:rPr>
            </w:pPr>
          </w:p>
        </w:tc>
      </w:tr>
      <w:tr w:rsidR="00264DB5" w:rsidRPr="005266FB">
        <w:tc>
          <w:tcPr>
            <w:tcW w:w="1020" w:type="dxa"/>
            <w:vAlign w:val="center"/>
          </w:tcPr>
          <w:p w:rsidR="00264DB5" w:rsidRPr="005266FB" w:rsidRDefault="00264DB5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264DB5" w:rsidRPr="005266FB" w:rsidRDefault="00264DB5">
            <w:pPr>
              <w:rPr>
                <w:rFonts w:ascii="標楷體" w:eastAsia="標楷體" w:hAnsi="標楷體"/>
              </w:rPr>
            </w:pPr>
          </w:p>
        </w:tc>
        <w:tc>
          <w:tcPr>
            <w:tcW w:w="1587" w:type="dxa"/>
            <w:vAlign w:val="center"/>
          </w:tcPr>
          <w:p w:rsidR="00264DB5" w:rsidRPr="005266FB" w:rsidRDefault="00405C66">
            <w:pPr>
              <w:rPr>
                <w:rFonts w:ascii="標楷體" w:eastAsia="標楷體" w:hAnsi="標楷體"/>
                <w:lang w:eastAsia="zh-TW"/>
              </w:rPr>
            </w:pPr>
            <w:r w:rsidRPr="005266FB">
              <w:rPr>
                <w:rFonts w:ascii="標楷體" w:eastAsia="標楷體" w:hAnsi="標楷體"/>
                <w:lang w:eastAsia="zh-TW"/>
              </w:rPr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事故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警方調查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消費爭議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其他</w:t>
            </w:r>
          </w:p>
        </w:tc>
        <w:tc>
          <w:tcPr>
            <w:tcW w:w="1928" w:type="dxa"/>
            <w:vAlign w:val="center"/>
          </w:tcPr>
          <w:p w:rsidR="00264DB5" w:rsidRPr="005266FB" w:rsidRDefault="00264DB5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567" w:type="dxa"/>
            <w:vAlign w:val="center"/>
          </w:tcPr>
          <w:p w:rsidR="00264DB5" w:rsidRPr="005266FB" w:rsidRDefault="00264DB5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701" w:type="dxa"/>
            <w:vAlign w:val="center"/>
          </w:tcPr>
          <w:p w:rsidR="00264DB5" w:rsidRPr="005266FB" w:rsidRDefault="00405C66">
            <w:pPr>
              <w:rPr>
                <w:rFonts w:ascii="標楷體" w:eastAsia="標楷體" w:hAnsi="標楷體"/>
                <w:lang w:eastAsia="zh-TW"/>
              </w:rPr>
            </w:pPr>
            <w:r w:rsidRPr="005266FB">
              <w:rPr>
                <w:rFonts w:ascii="標楷體" w:eastAsia="標楷體" w:hAnsi="標楷體"/>
                <w:lang w:eastAsia="zh-TW"/>
              </w:rPr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觀看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截圖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複製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提供機關</w:t>
            </w:r>
          </w:p>
        </w:tc>
        <w:tc>
          <w:tcPr>
            <w:tcW w:w="1247" w:type="dxa"/>
            <w:vAlign w:val="center"/>
          </w:tcPr>
          <w:p w:rsidR="00264DB5" w:rsidRPr="005266FB" w:rsidRDefault="00405C66">
            <w:pPr>
              <w:rPr>
                <w:rFonts w:ascii="標楷體" w:eastAsia="標楷體" w:hAnsi="標楷體"/>
              </w:rPr>
            </w:pPr>
            <w:r w:rsidRPr="005266FB">
              <w:rPr>
                <w:rFonts w:ascii="標楷體" w:eastAsia="標楷體" w:hAnsi="標楷體"/>
              </w:rPr>
              <w:t>□</w:t>
            </w:r>
            <w:r w:rsidRPr="005266FB">
              <w:rPr>
                <w:rFonts w:ascii="標楷體" w:eastAsia="標楷體" w:hAnsi="標楷體"/>
              </w:rPr>
              <w:t>是</w:t>
            </w:r>
            <w:r w:rsidRPr="005266FB">
              <w:rPr>
                <w:rFonts w:ascii="標楷體" w:eastAsia="標楷體" w:hAnsi="標楷體"/>
              </w:rPr>
              <w:br/>
              <w:t>□</w:t>
            </w:r>
            <w:r w:rsidRPr="005266FB">
              <w:rPr>
                <w:rFonts w:ascii="標楷體" w:eastAsia="標楷體" w:hAnsi="標楷體"/>
              </w:rPr>
              <w:t>否</w:t>
            </w:r>
          </w:p>
        </w:tc>
        <w:tc>
          <w:tcPr>
            <w:tcW w:w="1587" w:type="dxa"/>
            <w:vAlign w:val="center"/>
          </w:tcPr>
          <w:p w:rsidR="00264DB5" w:rsidRPr="005266FB" w:rsidRDefault="00264DB5">
            <w:pPr>
              <w:rPr>
                <w:rFonts w:ascii="標楷體" w:eastAsia="標楷體" w:hAnsi="標楷體"/>
              </w:rPr>
            </w:pPr>
          </w:p>
        </w:tc>
      </w:tr>
      <w:tr w:rsidR="00264DB5" w:rsidRPr="005266FB">
        <w:tc>
          <w:tcPr>
            <w:tcW w:w="1020" w:type="dxa"/>
            <w:vAlign w:val="center"/>
          </w:tcPr>
          <w:p w:rsidR="00264DB5" w:rsidRPr="005266FB" w:rsidRDefault="00264DB5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264DB5" w:rsidRPr="005266FB" w:rsidRDefault="00264DB5">
            <w:pPr>
              <w:rPr>
                <w:rFonts w:ascii="標楷體" w:eastAsia="標楷體" w:hAnsi="標楷體"/>
              </w:rPr>
            </w:pPr>
          </w:p>
        </w:tc>
        <w:tc>
          <w:tcPr>
            <w:tcW w:w="1587" w:type="dxa"/>
            <w:vAlign w:val="center"/>
          </w:tcPr>
          <w:p w:rsidR="00264DB5" w:rsidRPr="005266FB" w:rsidRDefault="00405C66">
            <w:pPr>
              <w:rPr>
                <w:rFonts w:ascii="標楷體" w:eastAsia="標楷體" w:hAnsi="標楷體"/>
                <w:lang w:eastAsia="zh-TW"/>
              </w:rPr>
            </w:pPr>
            <w:r w:rsidRPr="005266FB">
              <w:rPr>
                <w:rFonts w:ascii="標楷體" w:eastAsia="標楷體" w:hAnsi="標楷體"/>
                <w:lang w:eastAsia="zh-TW"/>
              </w:rPr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事故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警方調查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消費爭議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其他</w:t>
            </w:r>
          </w:p>
        </w:tc>
        <w:tc>
          <w:tcPr>
            <w:tcW w:w="1928" w:type="dxa"/>
            <w:vAlign w:val="center"/>
          </w:tcPr>
          <w:p w:rsidR="00264DB5" w:rsidRPr="005266FB" w:rsidRDefault="00264DB5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567" w:type="dxa"/>
            <w:vAlign w:val="center"/>
          </w:tcPr>
          <w:p w:rsidR="00264DB5" w:rsidRPr="005266FB" w:rsidRDefault="00264DB5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701" w:type="dxa"/>
            <w:vAlign w:val="center"/>
          </w:tcPr>
          <w:p w:rsidR="00264DB5" w:rsidRPr="005266FB" w:rsidRDefault="00405C66">
            <w:pPr>
              <w:rPr>
                <w:rFonts w:ascii="標楷體" w:eastAsia="標楷體" w:hAnsi="標楷體"/>
                <w:lang w:eastAsia="zh-TW"/>
              </w:rPr>
            </w:pPr>
            <w:r w:rsidRPr="005266FB">
              <w:rPr>
                <w:rFonts w:ascii="標楷體" w:eastAsia="標楷體" w:hAnsi="標楷體"/>
                <w:lang w:eastAsia="zh-TW"/>
              </w:rPr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觀看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截圖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複製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提供機關</w:t>
            </w:r>
          </w:p>
        </w:tc>
        <w:tc>
          <w:tcPr>
            <w:tcW w:w="1247" w:type="dxa"/>
            <w:vAlign w:val="center"/>
          </w:tcPr>
          <w:p w:rsidR="00264DB5" w:rsidRPr="005266FB" w:rsidRDefault="00405C66">
            <w:pPr>
              <w:rPr>
                <w:rFonts w:ascii="標楷體" w:eastAsia="標楷體" w:hAnsi="標楷體"/>
              </w:rPr>
            </w:pPr>
            <w:r w:rsidRPr="005266FB">
              <w:rPr>
                <w:rFonts w:ascii="標楷體" w:eastAsia="標楷體" w:hAnsi="標楷體"/>
              </w:rPr>
              <w:t>□</w:t>
            </w:r>
            <w:r w:rsidRPr="005266FB">
              <w:rPr>
                <w:rFonts w:ascii="標楷體" w:eastAsia="標楷體" w:hAnsi="標楷體"/>
              </w:rPr>
              <w:t>是</w:t>
            </w:r>
            <w:r w:rsidRPr="005266FB">
              <w:rPr>
                <w:rFonts w:ascii="標楷體" w:eastAsia="標楷體" w:hAnsi="標楷體"/>
              </w:rPr>
              <w:br/>
              <w:t>□</w:t>
            </w:r>
            <w:r w:rsidRPr="005266FB">
              <w:rPr>
                <w:rFonts w:ascii="標楷體" w:eastAsia="標楷體" w:hAnsi="標楷體"/>
              </w:rPr>
              <w:t>否</w:t>
            </w:r>
          </w:p>
        </w:tc>
        <w:tc>
          <w:tcPr>
            <w:tcW w:w="1587" w:type="dxa"/>
            <w:vAlign w:val="center"/>
          </w:tcPr>
          <w:p w:rsidR="00264DB5" w:rsidRPr="005266FB" w:rsidRDefault="00264DB5">
            <w:pPr>
              <w:rPr>
                <w:rFonts w:ascii="標楷體" w:eastAsia="標楷體" w:hAnsi="標楷體"/>
              </w:rPr>
            </w:pPr>
          </w:p>
        </w:tc>
      </w:tr>
      <w:tr w:rsidR="00264DB5" w:rsidRPr="005266FB">
        <w:tc>
          <w:tcPr>
            <w:tcW w:w="1020" w:type="dxa"/>
            <w:vAlign w:val="center"/>
          </w:tcPr>
          <w:p w:rsidR="00264DB5" w:rsidRPr="005266FB" w:rsidRDefault="00264DB5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264DB5" w:rsidRPr="005266FB" w:rsidRDefault="00264DB5">
            <w:pPr>
              <w:rPr>
                <w:rFonts w:ascii="標楷體" w:eastAsia="標楷體" w:hAnsi="標楷體"/>
              </w:rPr>
            </w:pPr>
          </w:p>
        </w:tc>
        <w:tc>
          <w:tcPr>
            <w:tcW w:w="1587" w:type="dxa"/>
            <w:vAlign w:val="center"/>
          </w:tcPr>
          <w:p w:rsidR="00264DB5" w:rsidRPr="005266FB" w:rsidRDefault="00405C66">
            <w:pPr>
              <w:rPr>
                <w:rFonts w:ascii="標楷體" w:eastAsia="標楷體" w:hAnsi="標楷體"/>
                <w:lang w:eastAsia="zh-TW"/>
              </w:rPr>
            </w:pPr>
            <w:r w:rsidRPr="005266FB">
              <w:rPr>
                <w:rFonts w:ascii="標楷體" w:eastAsia="標楷體" w:hAnsi="標楷體"/>
                <w:lang w:eastAsia="zh-TW"/>
              </w:rPr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事故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警方調查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消費爭議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其他</w:t>
            </w:r>
          </w:p>
        </w:tc>
        <w:tc>
          <w:tcPr>
            <w:tcW w:w="1928" w:type="dxa"/>
            <w:vAlign w:val="center"/>
          </w:tcPr>
          <w:p w:rsidR="00264DB5" w:rsidRPr="005266FB" w:rsidRDefault="00264DB5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567" w:type="dxa"/>
            <w:vAlign w:val="center"/>
          </w:tcPr>
          <w:p w:rsidR="00264DB5" w:rsidRPr="005266FB" w:rsidRDefault="00264DB5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701" w:type="dxa"/>
            <w:vAlign w:val="center"/>
          </w:tcPr>
          <w:p w:rsidR="00264DB5" w:rsidRPr="005266FB" w:rsidRDefault="00405C66">
            <w:pPr>
              <w:rPr>
                <w:rFonts w:ascii="標楷體" w:eastAsia="標楷體" w:hAnsi="標楷體"/>
                <w:lang w:eastAsia="zh-TW"/>
              </w:rPr>
            </w:pPr>
            <w:r w:rsidRPr="005266FB">
              <w:rPr>
                <w:rFonts w:ascii="標楷體" w:eastAsia="標楷體" w:hAnsi="標楷體"/>
                <w:lang w:eastAsia="zh-TW"/>
              </w:rPr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觀看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截圖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複製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提供機關</w:t>
            </w:r>
          </w:p>
        </w:tc>
        <w:tc>
          <w:tcPr>
            <w:tcW w:w="1247" w:type="dxa"/>
            <w:vAlign w:val="center"/>
          </w:tcPr>
          <w:p w:rsidR="00264DB5" w:rsidRPr="005266FB" w:rsidRDefault="00405C66">
            <w:pPr>
              <w:rPr>
                <w:rFonts w:ascii="標楷體" w:eastAsia="標楷體" w:hAnsi="標楷體"/>
              </w:rPr>
            </w:pPr>
            <w:r w:rsidRPr="005266FB">
              <w:rPr>
                <w:rFonts w:ascii="標楷體" w:eastAsia="標楷體" w:hAnsi="標楷體"/>
              </w:rPr>
              <w:t>□</w:t>
            </w:r>
            <w:r w:rsidRPr="005266FB">
              <w:rPr>
                <w:rFonts w:ascii="標楷體" w:eastAsia="標楷體" w:hAnsi="標楷體"/>
              </w:rPr>
              <w:t>是</w:t>
            </w:r>
            <w:r w:rsidRPr="005266FB">
              <w:rPr>
                <w:rFonts w:ascii="標楷體" w:eastAsia="標楷體" w:hAnsi="標楷體"/>
              </w:rPr>
              <w:br/>
              <w:t>□</w:t>
            </w:r>
            <w:r w:rsidRPr="005266FB">
              <w:rPr>
                <w:rFonts w:ascii="標楷體" w:eastAsia="標楷體" w:hAnsi="標楷體"/>
              </w:rPr>
              <w:t>否</w:t>
            </w:r>
          </w:p>
        </w:tc>
        <w:tc>
          <w:tcPr>
            <w:tcW w:w="1587" w:type="dxa"/>
            <w:vAlign w:val="center"/>
          </w:tcPr>
          <w:p w:rsidR="00264DB5" w:rsidRPr="005266FB" w:rsidRDefault="00264DB5">
            <w:pPr>
              <w:rPr>
                <w:rFonts w:ascii="標楷體" w:eastAsia="標楷體" w:hAnsi="標楷體"/>
              </w:rPr>
            </w:pPr>
          </w:p>
        </w:tc>
      </w:tr>
      <w:tr w:rsidR="00264DB5" w:rsidRPr="005266FB">
        <w:tc>
          <w:tcPr>
            <w:tcW w:w="1020" w:type="dxa"/>
            <w:vAlign w:val="center"/>
          </w:tcPr>
          <w:p w:rsidR="00264DB5" w:rsidRPr="005266FB" w:rsidRDefault="00264DB5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264DB5" w:rsidRPr="005266FB" w:rsidRDefault="00264DB5">
            <w:pPr>
              <w:rPr>
                <w:rFonts w:ascii="標楷體" w:eastAsia="標楷體" w:hAnsi="標楷體"/>
              </w:rPr>
            </w:pPr>
          </w:p>
        </w:tc>
        <w:tc>
          <w:tcPr>
            <w:tcW w:w="1587" w:type="dxa"/>
            <w:vAlign w:val="center"/>
          </w:tcPr>
          <w:p w:rsidR="00264DB5" w:rsidRPr="005266FB" w:rsidRDefault="00405C66">
            <w:pPr>
              <w:rPr>
                <w:rFonts w:ascii="標楷體" w:eastAsia="標楷體" w:hAnsi="標楷體"/>
                <w:lang w:eastAsia="zh-TW"/>
              </w:rPr>
            </w:pPr>
            <w:r w:rsidRPr="005266FB">
              <w:rPr>
                <w:rFonts w:ascii="標楷體" w:eastAsia="標楷體" w:hAnsi="標楷體"/>
                <w:lang w:eastAsia="zh-TW"/>
              </w:rPr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事故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警方調查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消費爭議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其他</w:t>
            </w:r>
          </w:p>
        </w:tc>
        <w:tc>
          <w:tcPr>
            <w:tcW w:w="1928" w:type="dxa"/>
            <w:vAlign w:val="center"/>
          </w:tcPr>
          <w:p w:rsidR="00264DB5" w:rsidRPr="005266FB" w:rsidRDefault="00264DB5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567" w:type="dxa"/>
            <w:vAlign w:val="center"/>
          </w:tcPr>
          <w:p w:rsidR="00264DB5" w:rsidRPr="005266FB" w:rsidRDefault="00264DB5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701" w:type="dxa"/>
            <w:vAlign w:val="center"/>
          </w:tcPr>
          <w:p w:rsidR="00264DB5" w:rsidRPr="005266FB" w:rsidRDefault="00405C66">
            <w:pPr>
              <w:rPr>
                <w:rFonts w:ascii="標楷體" w:eastAsia="標楷體" w:hAnsi="標楷體"/>
                <w:lang w:eastAsia="zh-TW"/>
              </w:rPr>
            </w:pPr>
            <w:r w:rsidRPr="005266FB">
              <w:rPr>
                <w:rFonts w:ascii="標楷體" w:eastAsia="標楷體" w:hAnsi="標楷體"/>
                <w:lang w:eastAsia="zh-TW"/>
              </w:rPr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觀看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截圖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複製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提供機關</w:t>
            </w:r>
          </w:p>
        </w:tc>
        <w:tc>
          <w:tcPr>
            <w:tcW w:w="1247" w:type="dxa"/>
            <w:vAlign w:val="center"/>
          </w:tcPr>
          <w:p w:rsidR="00264DB5" w:rsidRPr="005266FB" w:rsidRDefault="00405C66">
            <w:pPr>
              <w:rPr>
                <w:rFonts w:ascii="標楷體" w:eastAsia="標楷體" w:hAnsi="標楷體"/>
              </w:rPr>
            </w:pPr>
            <w:r w:rsidRPr="005266FB">
              <w:rPr>
                <w:rFonts w:ascii="標楷體" w:eastAsia="標楷體" w:hAnsi="標楷體"/>
              </w:rPr>
              <w:t>□</w:t>
            </w:r>
            <w:r w:rsidRPr="005266FB">
              <w:rPr>
                <w:rFonts w:ascii="標楷體" w:eastAsia="標楷體" w:hAnsi="標楷體"/>
              </w:rPr>
              <w:t>是</w:t>
            </w:r>
            <w:r w:rsidRPr="005266FB">
              <w:rPr>
                <w:rFonts w:ascii="標楷體" w:eastAsia="標楷體" w:hAnsi="標楷體"/>
              </w:rPr>
              <w:br/>
              <w:t>□</w:t>
            </w:r>
            <w:r w:rsidRPr="005266FB">
              <w:rPr>
                <w:rFonts w:ascii="標楷體" w:eastAsia="標楷體" w:hAnsi="標楷體"/>
              </w:rPr>
              <w:t>否</w:t>
            </w:r>
          </w:p>
        </w:tc>
        <w:tc>
          <w:tcPr>
            <w:tcW w:w="1587" w:type="dxa"/>
            <w:vAlign w:val="center"/>
          </w:tcPr>
          <w:p w:rsidR="00264DB5" w:rsidRPr="005266FB" w:rsidRDefault="00264DB5">
            <w:pPr>
              <w:rPr>
                <w:rFonts w:ascii="標楷體" w:eastAsia="標楷體" w:hAnsi="標楷體"/>
              </w:rPr>
            </w:pPr>
          </w:p>
        </w:tc>
      </w:tr>
      <w:tr w:rsidR="00264DB5" w:rsidRPr="005266FB">
        <w:tc>
          <w:tcPr>
            <w:tcW w:w="1020" w:type="dxa"/>
            <w:vAlign w:val="center"/>
          </w:tcPr>
          <w:p w:rsidR="00264DB5" w:rsidRPr="005266FB" w:rsidRDefault="00264DB5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264DB5" w:rsidRPr="005266FB" w:rsidRDefault="00264DB5">
            <w:pPr>
              <w:rPr>
                <w:rFonts w:ascii="標楷體" w:eastAsia="標楷體" w:hAnsi="標楷體"/>
              </w:rPr>
            </w:pPr>
          </w:p>
        </w:tc>
        <w:tc>
          <w:tcPr>
            <w:tcW w:w="1587" w:type="dxa"/>
            <w:vAlign w:val="center"/>
          </w:tcPr>
          <w:p w:rsidR="00264DB5" w:rsidRPr="005266FB" w:rsidRDefault="00405C66">
            <w:pPr>
              <w:rPr>
                <w:rFonts w:ascii="標楷體" w:eastAsia="標楷體" w:hAnsi="標楷體"/>
                <w:lang w:eastAsia="zh-TW"/>
              </w:rPr>
            </w:pPr>
            <w:r w:rsidRPr="005266FB">
              <w:rPr>
                <w:rFonts w:ascii="標楷體" w:eastAsia="標楷體" w:hAnsi="標楷體"/>
                <w:lang w:eastAsia="zh-TW"/>
              </w:rPr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事故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警方調查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消費爭議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其他</w:t>
            </w:r>
          </w:p>
        </w:tc>
        <w:tc>
          <w:tcPr>
            <w:tcW w:w="1928" w:type="dxa"/>
            <w:vAlign w:val="center"/>
          </w:tcPr>
          <w:p w:rsidR="00264DB5" w:rsidRPr="005266FB" w:rsidRDefault="00264DB5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567" w:type="dxa"/>
            <w:vAlign w:val="center"/>
          </w:tcPr>
          <w:p w:rsidR="00264DB5" w:rsidRPr="005266FB" w:rsidRDefault="00264DB5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701" w:type="dxa"/>
            <w:vAlign w:val="center"/>
          </w:tcPr>
          <w:p w:rsidR="00264DB5" w:rsidRPr="005266FB" w:rsidRDefault="00405C66">
            <w:pPr>
              <w:rPr>
                <w:rFonts w:ascii="標楷體" w:eastAsia="標楷體" w:hAnsi="標楷體"/>
                <w:lang w:eastAsia="zh-TW"/>
              </w:rPr>
            </w:pPr>
            <w:r w:rsidRPr="005266FB">
              <w:rPr>
                <w:rFonts w:ascii="標楷體" w:eastAsia="標楷體" w:hAnsi="標楷體"/>
                <w:lang w:eastAsia="zh-TW"/>
              </w:rPr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觀看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截圖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複製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</w:t>
            </w:r>
            <w:r w:rsidRPr="005266FB">
              <w:rPr>
                <w:rFonts w:ascii="標楷體" w:eastAsia="標楷體" w:hAnsi="標楷體"/>
                <w:lang w:eastAsia="zh-TW"/>
              </w:rPr>
              <w:t>提供機關</w:t>
            </w:r>
          </w:p>
        </w:tc>
        <w:tc>
          <w:tcPr>
            <w:tcW w:w="1247" w:type="dxa"/>
            <w:vAlign w:val="center"/>
          </w:tcPr>
          <w:p w:rsidR="00264DB5" w:rsidRPr="005266FB" w:rsidRDefault="00405C66">
            <w:pPr>
              <w:rPr>
                <w:rFonts w:ascii="標楷體" w:eastAsia="標楷體" w:hAnsi="標楷體"/>
              </w:rPr>
            </w:pPr>
            <w:r w:rsidRPr="005266FB">
              <w:rPr>
                <w:rFonts w:ascii="標楷體" w:eastAsia="標楷體" w:hAnsi="標楷體"/>
              </w:rPr>
              <w:t>□</w:t>
            </w:r>
            <w:r w:rsidRPr="005266FB">
              <w:rPr>
                <w:rFonts w:ascii="標楷體" w:eastAsia="標楷體" w:hAnsi="標楷體"/>
              </w:rPr>
              <w:t>是</w:t>
            </w:r>
            <w:r w:rsidRPr="005266FB">
              <w:rPr>
                <w:rFonts w:ascii="標楷體" w:eastAsia="標楷體" w:hAnsi="標楷體"/>
              </w:rPr>
              <w:br/>
              <w:t>□</w:t>
            </w:r>
            <w:r w:rsidRPr="005266FB">
              <w:rPr>
                <w:rFonts w:ascii="標楷體" w:eastAsia="標楷體" w:hAnsi="標楷體"/>
              </w:rPr>
              <w:t>否</w:t>
            </w:r>
          </w:p>
        </w:tc>
        <w:tc>
          <w:tcPr>
            <w:tcW w:w="1587" w:type="dxa"/>
            <w:vAlign w:val="center"/>
          </w:tcPr>
          <w:p w:rsidR="00264DB5" w:rsidRPr="005266FB" w:rsidRDefault="00264DB5">
            <w:pPr>
              <w:rPr>
                <w:rFonts w:ascii="標楷體" w:eastAsia="標楷體" w:hAnsi="標楷體"/>
              </w:rPr>
            </w:pPr>
          </w:p>
        </w:tc>
      </w:tr>
      <w:tr w:rsidR="005266FB" w:rsidRPr="005266FB" w:rsidTr="005266FB">
        <w:tc>
          <w:tcPr>
            <w:tcW w:w="1020" w:type="dxa"/>
          </w:tcPr>
          <w:p w:rsidR="005266FB" w:rsidRPr="005266FB" w:rsidRDefault="005266FB" w:rsidP="00B70A81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</w:tcPr>
          <w:p w:rsidR="005266FB" w:rsidRPr="005266FB" w:rsidRDefault="005266FB" w:rsidP="00B70A81">
            <w:pPr>
              <w:rPr>
                <w:rFonts w:ascii="標楷體" w:eastAsia="標楷體" w:hAnsi="標楷體"/>
              </w:rPr>
            </w:pPr>
          </w:p>
        </w:tc>
        <w:tc>
          <w:tcPr>
            <w:tcW w:w="1587" w:type="dxa"/>
          </w:tcPr>
          <w:p w:rsidR="005266FB" w:rsidRPr="005266FB" w:rsidRDefault="005266FB" w:rsidP="00B70A81">
            <w:pPr>
              <w:rPr>
                <w:rFonts w:ascii="標楷體" w:eastAsia="標楷體" w:hAnsi="標楷體"/>
                <w:lang w:eastAsia="zh-TW"/>
              </w:rPr>
            </w:pPr>
            <w:r w:rsidRPr="005266FB">
              <w:rPr>
                <w:rFonts w:ascii="標楷體" w:eastAsia="標楷體" w:hAnsi="標楷體"/>
                <w:lang w:eastAsia="zh-TW"/>
              </w:rPr>
              <w:t>□事故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□警方調查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□消費爭議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□其他</w:t>
            </w:r>
          </w:p>
        </w:tc>
        <w:tc>
          <w:tcPr>
            <w:tcW w:w="1928" w:type="dxa"/>
          </w:tcPr>
          <w:p w:rsidR="005266FB" w:rsidRPr="005266FB" w:rsidRDefault="005266FB" w:rsidP="00B70A81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567" w:type="dxa"/>
          </w:tcPr>
          <w:p w:rsidR="005266FB" w:rsidRPr="005266FB" w:rsidRDefault="005266FB" w:rsidP="00B70A81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701" w:type="dxa"/>
          </w:tcPr>
          <w:p w:rsidR="005266FB" w:rsidRPr="005266FB" w:rsidRDefault="005266FB" w:rsidP="00B70A81">
            <w:pPr>
              <w:rPr>
                <w:rFonts w:ascii="標楷體" w:eastAsia="標楷體" w:hAnsi="標楷體"/>
                <w:lang w:eastAsia="zh-TW"/>
              </w:rPr>
            </w:pPr>
            <w:r w:rsidRPr="005266FB">
              <w:rPr>
                <w:rFonts w:ascii="標楷體" w:eastAsia="標楷體" w:hAnsi="標楷體"/>
                <w:lang w:eastAsia="zh-TW"/>
              </w:rPr>
              <w:t>□觀看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□截圖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□複製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□提供機關</w:t>
            </w:r>
          </w:p>
        </w:tc>
        <w:tc>
          <w:tcPr>
            <w:tcW w:w="1247" w:type="dxa"/>
          </w:tcPr>
          <w:p w:rsidR="005266FB" w:rsidRPr="005266FB" w:rsidRDefault="005266FB" w:rsidP="00B70A81">
            <w:pPr>
              <w:rPr>
                <w:rFonts w:ascii="標楷體" w:eastAsia="標楷體" w:hAnsi="標楷體"/>
              </w:rPr>
            </w:pPr>
            <w:r w:rsidRPr="005266FB">
              <w:rPr>
                <w:rFonts w:ascii="標楷體" w:eastAsia="標楷體" w:hAnsi="標楷體"/>
              </w:rPr>
              <w:t>□是</w:t>
            </w:r>
            <w:r w:rsidRPr="005266FB">
              <w:rPr>
                <w:rFonts w:ascii="標楷體" w:eastAsia="標楷體" w:hAnsi="標楷體"/>
              </w:rPr>
              <w:br/>
              <w:t>□否</w:t>
            </w:r>
          </w:p>
        </w:tc>
        <w:tc>
          <w:tcPr>
            <w:tcW w:w="1587" w:type="dxa"/>
          </w:tcPr>
          <w:p w:rsidR="005266FB" w:rsidRPr="005266FB" w:rsidRDefault="005266FB" w:rsidP="00B70A81">
            <w:pPr>
              <w:rPr>
                <w:rFonts w:ascii="標楷體" w:eastAsia="標楷體" w:hAnsi="標楷體"/>
              </w:rPr>
            </w:pPr>
          </w:p>
        </w:tc>
      </w:tr>
      <w:tr w:rsidR="005266FB" w:rsidRPr="005266FB" w:rsidTr="005266FB">
        <w:tc>
          <w:tcPr>
            <w:tcW w:w="1020" w:type="dxa"/>
          </w:tcPr>
          <w:p w:rsidR="005266FB" w:rsidRPr="005266FB" w:rsidRDefault="005266FB" w:rsidP="00B70A81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</w:tcPr>
          <w:p w:rsidR="005266FB" w:rsidRPr="005266FB" w:rsidRDefault="005266FB" w:rsidP="00B70A81">
            <w:pPr>
              <w:rPr>
                <w:rFonts w:ascii="標楷體" w:eastAsia="標楷體" w:hAnsi="標楷體"/>
              </w:rPr>
            </w:pPr>
          </w:p>
        </w:tc>
        <w:tc>
          <w:tcPr>
            <w:tcW w:w="1587" w:type="dxa"/>
          </w:tcPr>
          <w:p w:rsidR="005266FB" w:rsidRPr="005266FB" w:rsidRDefault="005266FB" w:rsidP="00B70A81">
            <w:pPr>
              <w:rPr>
                <w:rFonts w:ascii="標楷體" w:eastAsia="標楷體" w:hAnsi="標楷體"/>
                <w:lang w:eastAsia="zh-TW"/>
              </w:rPr>
            </w:pPr>
            <w:r w:rsidRPr="005266FB">
              <w:rPr>
                <w:rFonts w:ascii="標楷體" w:eastAsia="標楷體" w:hAnsi="標楷體"/>
                <w:lang w:eastAsia="zh-TW"/>
              </w:rPr>
              <w:t>□事故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□警方調查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□消費爭議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□其他</w:t>
            </w:r>
          </w:p>
        </w:tc>
        <w:tc>
          <w:tcPr>
            <w:tcW w:w="1928" w:type="dxa"/>
          </w:tcPr>
          <w:p w:rsidR="005266FB" w:rsidRPr="005266FB" w:rsidRDefault="005266FB" w:rsidP="00B70A81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567" w:type="dxa"/>
          </w:tcPr>
          <w:p w:rsidR="005266FB" w:rsidRPr="005266FB" w:rsidRDefault="005266FB" w:rsidP="00B70A81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701" w:type="dxa"/>
          </w:tcPr>
          <w:p w:rsidR="005266FB" w:rsidRPr="005266FB" w:rsidRDefault="005266FB" w:rsidP="00B70A81">
            <w:pPr>
              <w:rPr>
                <w:rFonts w:ascii="標楷體" w:eastAsia="標楷體" w:hAnsi="標楷體"/>
                <w:lang w:eastAsia="zh-TW"/>
              </w:rPr>
            </w:pPr>
            <w:r w:rsidRPr="005266FB">
              <w:rPr>
                <w:rFonts w:ascii="標楷體" w:eastAsia="標楷體" w:hAnsi="標楷體"/>
                <w:lang w:eastAsia="zh-TW"/>
              </w:rPr>
              <w:t>□觀看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□截圖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□複製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□提供機關</w:t>
            </w:r>
          </w:p>
        </w:tc>
        <w:tc>
          <w:tcPr>
            <w:tcW w:w="1247" w:type="dxa"/>
          </w:tcPr>
          <w:p w:rsidR="005266FB" w:rsidRPr="005266FB" w:rsidRDefault="005266FB" w:rsidP="00B70A81">
            <w:pPr>
              <w:rPr>
                <w:rFonts w:ascii="標楷體" w:eastAsia="標楷體" w:hAnsi="標楷體"/>
              </w:rPr>
            </w:pPr>
            <w:r w:rsidRPr="005266FB">
              <w:rPr>
                <w:rFonts w:ascii="標楷體" w:eastAsia="標楷體" w:hAnsi="標楷體"/>
              </w:rPr>
              <w:t>□是</w:t>
            </w:r>
            <w:r w:rsidRPr="005266FB">
              <w:rPr>
                <w:rFonts w:ascii="標楷體" w:eastAsia="標楷體" w:hAnsi="標楷體"/>
              </w:rPr>
              <w:br/>
              <w:t>□否</w:t>
            </w:r>
          </w:p>
        </w:tc>
        <w:tc>
          <w:tcPr>
            <w:tcW w:w="1587" w:type="dxa"/>
          </w:tcPr>
          <w:p w:rsidR="005266FB" w:rsidRPr="005266FB" w:rsidRDefault="005266FB" w:rsidP="00B70A81">
            <w:pPr>
              <w:rPr>
                <w:rFonts w:ascii="標楷體" w:eastAsia="標楷體" w:hAnsi="標楷體"/>
              </w:rPr>
            </w:pPr>
          </w:p>
        </w:tc>
      </w:tr>
      <w:tr w:rsidR="005266FB" w:rsidRPr="005266FB" w:rsidTr="005266FB">
        <w:tc>
          <w:tcPr>
            <w:tcW w:w="1020" w:type="dxa"/>
          </w:tcPr>
          <w:p w:rsidR="005266FB" w:rsidRPr="005266FB" w:rsidRDefault="005266FB" w:rsidP="00B70A81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</w:tcPr>
          <w:p w:rsidR="005266FB" w:rsidRPr="005266FB" w:rsidRDefault="005266FB" w:rsidP="00B70A81">
            <w:pPr>
              <w:rPr>
                <w:rFonts w:ascii="標楷體" w:eastAsia="標楷體" w:hAnsi="標楷體"/>
              </w:rPr>
            </w:pPr>
          </w:p>
        </w:tc>
        <w:tc>
          <w:tcPr>
            <w:tcW w:w="1587" w:type="dxa"/>
          </w:tcPr>
          <w:p w:rsidR="005266FB" w:rsidRPr="005266FB" w:rsidRDefault="005266FB" w:rsidP="00B70A81">
            <w:pPr>
              <w:rPr>
                <w:rFonts w:ascii="標楷體" w:eastAsia="標楷體" w:hAnsi="標楷體"/>
                <w:lang w:eastAsia="zh-TW"/>
              </w:rPr>
            </w:pPr>
            <w:r w:rsidRPr="005266FB">
              <w:rPr>
                <w:rFonts w:ascii="標楷體" w:eastAsia="標楷體" w:hAnsi="標楷體"/>
                <w:lang w:eastAsia="zh-TW"/>
              </w:rPr>
              <w:t>□事故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□警方調查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□消費爭議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□其他</w:t>
            </w:r>
          </w:p>
        </w:tc>
        <w:tc>
          <w:tcPr>
            <w:tcW w:w="1928" w:type="dxa"/>
          </w:tcPr>
          <w:p w:rsidR="005266FB" w:rsidRPr="005266FB" w:rsidRDefault="005266FB" w:rsidP="00B70A81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567" w:type="dxa"/>
          </w:tcPr>
          <w:p w:rsidR="005266FB" w:rsidRPr="005266FB" w:rsidRDefault="005266FB" w:rsidP="00B70A81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701" w:type="dxa"/>
          </w:tcPr>
          <w:p w:rsidR="005266FB" w:rsidRPr="005266FB" w:rsidRDefault="005266FB" w:rsidP="00B70A81">
            <w:pPr>
              <w:rPr>
                <w:rFonts w:ascii="標楷體" w:eastAsia="標楷體" w:hAnsi="標楷體"/>
                <w:lang w:eastAsia="zh-TW"/>
              </w:rPr>
            </w:pPr>
            <w:r w:rsidRPr="005266FB">
              <w:rPr>
                <w:rFonts w:ascii="標楷體" w:eastAsia="標楷體" w:hAnsi="標楷體"/>
                <w:lang w:eastAsia="zh-TW"/>
              </w:rPr>
              <w:t>□觀看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□截圖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□複製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□提供機關</w:t>
            </w:r>
          </w:p>
        </w:tc>
        <w:tc>
          <w:tcPr>
            <w:tcW w:w="1247" w:type="dxa"/>
          </w:tcPr>
          <w:p w:rsidR="005266FB" w:rsidRPr="005266FB" w:rsidRDefault="005266FB" w:rsidP="00B70A81">
            <w:pPr>
              <w:rPr>
                <w:rFonts w:ascii="標楷體" w:eastAsia="標楷體" w:hAnsi="標楷體"/>
              </w:rPr>
            </w:pPr>
            <w:r w:rsidRPr="005266FB">
              <w:rPr>
                <w:rFonts w:ascii="標楷體" w:eastAsia="標楷體" w:hAnsi="標楷體"/>
              </w:rPr>
              <w:t>□是</w:t>
            </w:r>
            <w:r w:rsidRPr="005266FB">
              <w:rPr>
                <w:rFonts w:ascii="標楷體" w:eastAsia="標楷體" w:hAnsi="標楷體"/>
              </w:rPr>
              <w:br/>
              <w:t>□否</w:t>
            </w:r>
          </w:p>
        </w:tc>
        <w:tc>
          <w:tcPr>
            <w:tcW w:w="1587" w:type="dxa"/>
          </w:tcPr>
          <w:p w:rsidR="005266FB" w:rsidRPr="005266FB" w:rsidRDefault="005266FB" w:rsidP="00B70A81">
            <w:pPr>
              <w:rPr>
                <w:rFonts w:ascii="標楷體" w:eastAsia="標楷體" w:hAnsi="標楷體"/>
              </w:rPr>
            </w:pPr>
          </w:p>
        </w:tc>
      </w:tr>
      <w:tr w:rsidR="005266FB" w:rsidRPr="005266FB" w:rsidTr="005266FB">
        <w:tc>
          <w:tcPr>
            <w:tcW w:w="1020" w:type="dxa"/>
          </w:tcPr>
          <w:p w:rsidR="005266FB" w:rsidRPr="005266FB" w:rsidRDefault="005266FB" w:rsidP="00B70A81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</w:tcPr>
          <w:p w:rsidR="005266FB" w:rsidRPr="005266FB" w:rsidRDefault="005266FB" w:rsidP="00B70A81">
            <w:pPr>
              <w:rPr>
                <w:rFonts w:ascii="標楷體" w:eastAsia="標楷體" w:hAnsi="標楷體"/>
              </w:rPr>
            </w:pPr>
          </w:p>
        </w:tc>
        <w:tc>
          <w:tcPr>
            <w:tcW w:w="1587" w:type="dxa"/>
          </w:tcPr>
          <w:p w:rsidR="005266FB" w:rsidRPr="005266FB" w:rsidRDefault="005266FB" w:rsidP="00B70A81">
            <w:pPr>
              <w:rPr>
                <w:rFonts w:ascii="標楷體" w:eastAsia="標楷體" w:hAnsi="標楷體"/>
                <w:lang w:eastAsia="zh-TW"/>
              </w:rPr>
            </w:pPr>
            <w:r w:rsidRPr="005266FB">
              <w:rPr>
                <w:rFonts w:ascii="標楷體" w:eastAsia="標楷體" w:hAnsi="標楷體"/>
                <w:lang w:eastAsia="zh-TW"/>
              </w:rPr>
              <w:t>□事故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□警方調查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□消費爭議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□其他</w:t>
            </w:r>
          </w:p>
        </w:tc>
        <w:tc>
          <w:tcPr>
            <w:tcW w:w="1928" w:type="dxa"/>
          </w:tcPr>
          <w:p w:rsidR="005266FB" w:rsidRPr="005266FB" w:rsidRDefault="005266FB" w:rsidP="00B70A81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567" w:type="dxa"/>
          </w:tcPr>
          <w:p w:rsidR="005266FB" w:rsidRPr="005266FB" w:rsidRDefault="005266FB" w:rsidP="00B70A81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701" w:type="dxa"/>
          </w:tcPr>
          <w:p w:rsidR="005266FB" w:rsidRPr="005266FB" w:rsidRDefault="005266FB" w:rsidP="00B70A81">
            <w:pPr>
              <w:rPr>
                <w:rFonts w:ascii="標楷體" w:eastAsia="標楷體" w:hAnsi="標楷體"/>
                <w:lang w:eastAsia="zh-TW"/>
              </w:rPr>
            </w:pPr>
            <w:r w:rsidRPr="005266FB">
              <w:rPr>
                <w:rFonts w:ascii="標楷體" w:eastAsia="標楷體" w:hAnsi="標楷體"/>
                <w:lang w:eastAsia="zh-TW"/>
              </w:rPr>
              <w:t>□觀看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□截圖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□複製</w:t>
            </w:r>
            <w:r w:rsidRPr="005266FB">
              <w:rPr>
                <w:rFonts w:ascii="標楷體" w:eastAsia="標楷體" w:hAnsi="標楷體"/>
                <w:lang w:eastAsia="zh-TW"/>
              </w:rPr>
              <w:br/>
              <w:t>□提供機關</w:t>
            </w:r>
          </w:p>
        </w:tc>
        <w:tc>
          <w:tcPr>
            <w:tcW w:w="1247" w:type="dxa"/>
          </w:tcPr>
          <w:p w:rsidR="005266FB" w:rsidRPr="005266FB" w:rsidRDefault="005266FB" w:rsidP="00B70A81">
            <w:pPr>
              <w:rPr>
                <w:rFonts w:ascii="標楷體" w:eastAsia="標楷體" w:hAnsi="標楷體"/>
              </w:rPr>
            </w:pPr>
            <w:r w:rsidRPr="005266FB">
              <w:rPr>
                <w:rFonts w:ascii="標楷體" w:eastAsia="標楷體" w:hAnsi="標楷體"/>
              </w:rPr>
              <w:t>□是</w:t>
            </w:r>
            <w:r w:rsidRPr="005266FB">
              <w:rPr>
                <w:rFonts w:ascii="標楷體" w:eastAsia="標楷體" w:hAnsi="標楷體"/>
              </w:rPr>
              <w:br/>
              <w:t>□否</w:t>
            </w:r>
          </w:p>
        </w:tc>
        <w:tc>
          <w:tcPr>
            <w:tcW w:w="1587" w:type="dxa"/>
          </w:tcPr>
          <w:p w:rsidR="005266FB" w:rsidRPr="005266FB" w:rsidRDefault="005266FB" w:rsidP="00B70A81">
            <w:pPr>
              <w:rPr>
                <w:rFonts w:ascii="標楷體" w:eastAsia="標楷體" w:hAnsi="標楷體"/>
              </w:rPr>
            </w:pPr>
          </w:p>
        </w:tc>
      </w:tr>
    </w:tbl>
    <w:p w:rsidR="00405C66" w:rsidRPr="005266FB" w:rsidRDefault="00405C66">
      <w:pPr>
        <w:rPr>
          <w:rFonts w:ascii="標楷體" w:eastAsia="標楷體" w:hAnsi="標楷體"/>
        </w:rPr>
      </w:pPr>
      <w:bookmarkStart w:id="0" w:name="_GoBack"/>
      <w:bookmarkEnd w:id="0"/>
    </w:p>
    <w:sectPr w:rsidR="00405C66" w:rsidRPr="005266FB" w:rsidSect="005266FB">
      <w:pgSz w:w="12240" w:h="15840"/>
      <w:pgMar w:top="850" w:right="850" w:bottom="426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5C66" w:rsidRDefault="00405C66" w:rsidP="005266FB">
      <w:pPr>
        <w:spacing w:after="0" w:line="240" w:lineRule="auto"/>
      </w:pPr>
      <w:r>
        <w:separator/>
      </w:r>
    </w:p>
  </w:endnote>
  <w:endnote w:type="continuationSeparator" w:id="0">
    <w:p w:rsidR="00405C66" w:rsidRDefault="00405C66" w:rsidP="00526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5C66" w:rsidRDefault="00405C66" w:rsidP="005266FB">
      <w:pPr>
        <w:spacing w:after="0" w:line="240" w:lineRule="auto"/>
      </w:pPr>
      <w:r>
        <w:separator/>
      </w:r>
    </w:p>
  </w:footnote>
  <w:footnote w:type="continuationSeparator" w:id="0">
    <w:p w:rsidR="00405C66" w:rsidRDefault="00405C66" w:rsidP="005266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64DB5"/>
    <w:rsid w:val="0029639D"/>
    <w:rsid w:val="00326F90"/>
    <w:rsid w:val="00405C66"/>
    <w:rsid w:val="005266F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00"/>
  <w15:docId w15:val="{F215E556-EC3E-4E6B-95F1-3EE60030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5C191B3-B483-4A82-8E58-B334128B1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陳筱鈞</cp:lastModifiedBy>
  <cp:revision>2</cp:revision>
  <dcterms:created xsi:type="dcterms:W3CDTF">2013-12-23T23:15:00Z</dcterms:created>
  <dcterms:modified xsi:type="dcterms:W3CDTF">2026-08-14T06:54:00Z</dcterms:modified>
  <cp:category/>
</cp:coreProperties>
</file>