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C6A" w:rsidRPr="00D672AE" w:rsidRDefault="00B6161B">
      <w:pPr>
        <w:rPr>
          <w:rFonts w:ascii="標楷體" w:eastAsia="標楷體" w:hAnsi="標楷體"/>
          <w:lang w:eastAsia="zh-TW"/>
        </w:rPr>
      </w:pPr>
      <w:r w:rsidRPr="00D672AE">
        <w:rPr>
          <w:rFonts w:ascii="標楷體" w:eastAsia="標楷體" w:hAnsi="標楷體"/>
          <w:b/>
          <w:sz w:val="28"/>
          <w:lang w:eastAsia="zh-TW"/>
        </w:rPr>
        <w:t>附表五：疑似偷拍或非法設備事件通報紀錄表（範本）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7654"/>
      </w:tblGrid>
      <w:tr w:rsidR="003E6C6A" w:rsidRPr="00D672AE">
        <w:trPr>
          <w:trHeight w:val="567"/>
        </w:trPr>
        <w:tc>
          <w:tcPr>
            <w:tcW w:w="2551" w:type="dxa"/>
            <w:shd w:val="clear" w:color="auto" w:fill="F2F2F2"/>
            <w:vAlign w:val="center"/>
          </w:tcPr>
          <w:p w:rsidR="003E6C6A" w:rsidRPr="00D672AE" w:rsidRDefault="00B6161B">
            <w:pPr>
              <w:jc w:val="center"/>
              <w:rPr>
                <w:rFonts w:ascii="標楷體" w:eastAsia="標楷體" w:hAnsi="標楷體"/>
              </w:rPr>
            </w:pPr>
            <w:r w:rsidRPr="00D672AE">
              <w:rPr>
                <w:rFonts w:ascii="標楷體" w:eastAsia="標楷體" w:hAnsi="標楷體"/>
                <w:b/>
              </w:rPr>
              <w:t>通報項目</w:t>
            </w:r>
          </w:p>
        </w:tc>
        <w:tc>
          <w:tcPr>
            <w:tcW w:w="7654" w:type="dxa"/>
            <w:shd w:val="clear" w:color="auto" w:fill="F2F2F2"/>
            <w:vAlign w:val="center"/>
          </w:tcPr>
          <w:p w:rsidR="003E6C6A" w:rsidRPr="00D672AE" w:rsidRDefault="00B6161B">
            <w:pPr>
              <w:jc w:val="center"/>
              <w:rPr>
                <w:rFonts w:ascii="標楷體" w:eastAsia="標楷體" w:hAnsi="標楷體"/>
              </w:rPr>
            </w:pPr>
            <w:r w:rsidRPr="00D672AE">
              <w:rPr>
                <w:rFonts w:ascii="標楷體" w:eastAsia="標楷體" w:hAnsi="標楷體"/>
                <w:b/>
              </w:rPr>
              <w:t>內容</w:t>
            </w:r>
          </w:p>
        </w:tc>
      </w:tr>
      <w:tr w:rsidR="003E6C6A" w:rsidRPr="00D672AE">
        <w:trPr>
          <w:trHeight w:val="1020"/>
        </w:trPr>
        <w:tc>
          <w:tcPr>
            <w:tcW w:w="2551" w:type="dxa"/>
            <w:vAlign w:val="center"/>
          </w:tcPr>
          <w:p w:rsidR="003E6C6A" w:rsidRPr="00D672AE" w:rsidRDefault="00B6161B">
            <w:pPr>
              <w:rPr>
                <w:rFonts w:ascii="標楷體" w:eastAsia="標楷體" w:hAnsi="標楷體"/>
              </w:rPr>
            </w:pPr>
            <w:r w:rsidRPr="00D672AE">
              <w:rPr>
                <w:rFonts w:ascii="標楷體" w:eastAsia="標楷體" w:hAnsi="標楷體"/>
              </w:rPr>
              <w:t>場館名稱及通</w:t>
            </w:r>
            <w:r w:rsidRPr="00D672AE">
              <w:rPr>
                <w:rFonts w:ascii="標楷體" w:eastAsia="標楷體" w:hAnsi="標楷體"/>
              </w:rPr>
              <w:br/>
              <w:t>報人</w:t>
            </w:r>
          </w:p>
        </w:tc>
        <w:tc>
          <w:tcPr>
            <w:tcW w:w="7654" w:type="dxa"/>
            <w:vAlign w:val="center"/>
          </w:tcPr>
          <w:p w:rsidR="003E6C6A" w:rsidRPr="00D672AE" w:rsidRDefault="003E6C6A">
            <w:pPr>
              <w:rPr>
                <w:rFonts w:ascii="標楷體" w:eastAsia="標楷體" w:hAnsi="標楷體"/>
              </w:rPr>
            </w:pPr>
          </w:p>
        </w:tc>
      </w:tr>
      <w:tr w:rsidR="003E6C6A" w:rsidRPr="00D672AE">
        <w:trPr>
          <w:trHeight w:val="1020"/>
        </w:trPr>
        <w:tc>
          <w:tcPr>
            <w:tcW w:w="2551" w:type="dxa"/>
            <w:vAlign w:val="center"/>
          </w:tcPr>
          <w:p w:rsidR="003E6C6A" w:rsidRPr="00D672AE" w:rsidRDefault="00B6161B">
            <w:pPr>
              <w:rPr>
                <w:rFonts w:ascii="標楷體" w:eastAsia="標楷體" w:hAnsi="標楷體"/>
              </w:rPr>
            </w:pPr>
            <w:r w:rsidRPr="00D672AE">
              <w:rPr>
                <w:rFonts w:ascii="標楷體" w:eastAsia="標楷體" w:hAnsi="標楷體"/>
              </w:rPr>
              <w:t>發現日期時間</w:t>
            </w:r>
            <w:r w:rsidRPr="00D672AE">
              <w:rPr>
                <w:rFonts w:ascii="標楷體" w:eastAsia="標楷體" w:hAnsi="標楷體"/>
              </w:rPr>
              <w:br/>
              <w:t>與地點</w:t>
            </w:r>
          </w:p>
        </w:tc>
        <w:tc>
          <w:tcPr>
            <w:tcW w:w="7654" w:type="dxa"/>
            <w:vAlign w:val="center"/>
          </w:tcPr>
          <w:p w:rsidR="003E6C6A" w:rsidRPr="00D672AE" w:rsidRDefault="00B6161B">
            <w:pPr>
              <w:rPr>
                <w:rFonts w:ascii="標楷體" w:eastAsia="標楷體" w:hAnsi="標楷體"/>
                <w:lang w:eastAsia="zh-TW"/>
              </w:rPr>
            </w:pPr>
            <w:r w:rsidRPr="00D672AE">
              <w:rPr>
                <w:rFonts w:ascii="標楷體" w:eastAsia="標楷體" w:hAnsi="標楷體"/>
                <w:lang w:eastAsia="zh-TW"/>
              </w:rPr>
              <w:t>＿＿年＿＿月＿＿日＿＿時＿＿分；地點：</w:t>
            </w:r>
          </w:p>
        </w:tc>
      </w:tr>
      <w:tr w:rsidR="003E6C6A" w:rsidRPr="00D672AE">
        <w:trPr>
          <w:trHeight w:val="850"/>
        </w:trPr>
        <w:tc>
          <w:tcPr>
            <w:tcW w:w="2551" w:type="dxa"/>
            <w:vAlign w:val="center"/>
          </w:tcPr>
          <w:p w:rsidR="003E6C6A" w:rsidRPr="00D672AE" w:rsidRDefault="00B6161B">
            <w:pPr>
              <w:rPr>
                <w:rFonts w:ascii="標楷體" w:eastAsia="標楷體" w:hAnsi="標楷體"/>
              </w:rPr>
            </w:pPr>
            <w:r w:rsidRPr="00D672AE">
              <w:rPr>
                <w:rFonts w:ascii="標楷體" w:eastAsia="標楷體" w:hAnsi="標楷體"/>
              </w:rPr>
              <w:t>發現來源</w:t>
            </w:r>
          </w:p>
        </w:tc>
        <w:tc>
          <w:tcPr>
            <w:tcW w:w="7654" w:type="dxa"/>
            <w:vAlign w:val="center"/>
          </w:tcPr>
          <w:p w:rsidR="003E6C6A" w:rsidRPr="00D672AE" w:rsidRDefault="00B6161B">
            <w:pPr>
              <w:rPr>
                <w:rFonts w:ascii="標楷體" w:eastAsia="標楷體" w:hAnsi="標楷體"/>
                <w:lang w:eastAsia="zh-TW"/>
              </w:rPr>
            </w:pPr>
            <w:r w:rsidRPr="00D672AE">
              <w:rPr>
                <w:rFonts w:ascii="標楷體" w:eastAsia="標楷體" w:hAnsi="標楷體"/>
                <w:lang w:eastAsia="zh-TW"/>
              </w:rPr>
              <w:t>□工作人員巡檢 □消費者反映 □偵測設備發現 □其他</w:t>
            </w:r>
          </w:p>
        </w:tc>
      </w:tr>
      <w:tr w:rsidR="003E6C6A" w:rsidRPr="00D672AE" w:rsidTr="00D672AE">
        <w:trPr>
          <w:trHeight w:val="831"/>
        </w:trPr>
        <w:tc>
          <w:tcPr>
            <w:tcW w:w="2551" w:type="dxa"/>
            <w:vAlign w:val="center"/>
          </w:tcPr>
          <w:p w:rsidR="003E6C6A" w:rsidRPr="00D672AE" w:rsidRDefault="00B6161B">
            <w:pPr>
              <w:rPr>
                <w:rFonts w:ascii="標楷體" w:eastAsia="標楷體" w:hAnsi="標楷體"/>
              </w:rPr>
            </w:pPr>
            <w:r w:rsidRPr="00D672AE">
              <w:rPr>
                <w:rFonts w:ascii="標楷體" w:eastAsia="標楷體" w:hAnsi="標楷體"/>
              </w:rPr>
              <w:t>疑似設備或事</w:t>
            </w:r>
            <w:r w:rsidRPr="00D672AE">
              <w:rPr>
                <w:rFonts w:ascii="標楷體" w:eastAsia="標楷體" w:hAnsi="標楷體"/>
              </w:rPr>
              <w:br/>
              <w:t>件描述</w:t>
            </w:r>
          </w:p>
        </w:tc>
        <w:tc>
          <w:tcPr>
            <w:tcW w:w="7654" w:type="dxa"/>
          </w:tcPr>
          <w:p w:rsidR="00D672AE" w:rsidRDefault="00D672AE">
            <w:pPr>
              <w:rPr>
                <w:rFonts w:ascii="標楷體" w:eastAsia="標楷體" w:hAnsi="標楷體"/>
                <w:lang w:eastAsia="zh-TW"/>
              </w:rPr>
            </w:pPr>
          </w:p>
          <w:p w:rsidR="003E6C6A" w:rsidRPr="00D672AE" w:rsidRDefault="00B6161B">
            <w:pPr>
              <w:rPr>
                <w:rFonts w:ascii="標楷體" w:eastAsia="標楷體" w:hAnsi="標楷體"/>
                <w:lang w:eastAsia="zh-TW"/>
              </w:rPr>
            </w:pPr>
            <w:r w:rsidRPr="00D672AE">
              <w:rPr>
                <w:rFonts w:ascii="標楷體" w:eastAsia="標楷體" w:hAnsi="標楷體"/>
                <w:lang w:eastAsia="zh-TW"/>
              </w:rPr>
              <w:t>□防煙器型 □插座型 □掛鉤型 □置物櫃內 □其他</w:t>
            </w:r>
            <w:r w:rsidR="002574B1">
              <w:rPr>
                <w:rFonts w:ascii="標楷體" w:eastAsia="標楷體" w:hAnsi="標楷體"/>
                <w:lang w:eastAsia="zh-TW"/>
              </w:rPr>
              <w:br/>
            </w:r>
            <w:bookmarkStart w:id="0" w:name="_GoBack"/>
            <w:bookmarkEnd w:id="0"/>
          </w:p>
        </w:tc>
      </w:tr>
      <w:tr w:rsidR="003E6C6A" w:rsidRPr="00D672AE">
        <w:trPr>
          <w:trHeight w:val="850"/>
        </w:trPr>
        <w:tc>
          <w:tcPr>
            <w:tcW w:w="2551" w:type="dxa"/>
            <w:vAlign w:val="center"/>
          </w:tcPr>
          <w:p w:rsidR="003E6C6A" w:rsidRPr="00D672AE" w:rsidRDefault="00B6161B">
            <w:pPr>
              <w:rPr>
                <w:rFonts w:ascii="標楷體" w:eastAsia="標楷體" w:hAnsi="標楷體"/>
              </w:rPr>
            </w:pPr>
            <w:r w:rsidRPr="00D672AE">
              <w:rPr>
                <w:rFonts w:ascii="標楷體" w:eastAsia="標楷體" w:hAnsi="標楷體"/>
              </w:rPr>
              <w:t>現場處置</w:t>
            </w:r>
          </w:p>
        </w:tc>
        <w:tc>
          <w:tcPr>
            <w:tcW w:w="7654" w:type="dxa"/>
            <w:vAlign w:val="center"/>
          </w:tcPr>
          <w:p w:rsidR="003E6C6A" w:rsidRPr="00D672AE" w:rsidRDefault="00B6161B">
            <w:pPr>
              <w:rPr>
                <w:rFonts w:ascii="標楷體" w:eastAsia="標楷體" w:hAnsi="標楷體"/>
                <w:lang w:eastAsia="zh-TW"/>
              </w:rPr>
            </w:pPr>
            <w:r w:rsidRPr="00D672AE">
              <w:rPr>
                <w:rFonts w:ascii="標楷體" w:eastAsia="標楷體" w:hAnsi="標楷體"/>
                <w:lang w:eastAsia="zh-TW"/>
              </w:rPr>
              <w:t>□暫停開放 □保護現場 □初步拍照紀錄 □未任意拆除或操作</w:t>
            </w:r>
          </w:p>
        </w:tc>
      </w:tr>
      <w:tr w:rsidR="003E6C6A" w:rsidRPr="00D672AE" w:rsidTr="00D672AE">
        <w:trPr>
          <w:trHeight w:val="2660"/>
        </w:trPr>
        <w:tc>
          <w:tcPr>
            <w:tcW w:w="2551" w:type="dxa"/>
            <w:vAlign w:val="center"/>
          </w:tcPr>
          <w:p w:rsidR="003E6C6A" w:rsidRPr="00D672AE" w:rsidRDefault="00B6161B">
            <w:pPr>
              <w:rPr>
                <w:rFonts w:ascii="標楷體" w:eastAsia="標楷體" w:hAnsi="標楷體"/>
              </w:rPr>
            </w:pPr>
            <w:r w:rsidRPr="00D672AE">
              <w:rPr>
                <w:rFonts w:ascii="標楷體" w:eastAsia="標楷體" w:hAnsi="標楷體"/>
              </w:rPr>
              <w:t>警察機關通報</w:t>
            </w:r>
          </w:p>
        </w:tc>
        <w:tc>
          <w:tcPr>
            <w:tcW w:w="7654" w:type="dxa"/>
            <w:vAlign w:val="center"/>
          </w:tcPr>
          <w:p w:rsidR="003E6C6A" w:rsidRPr="00D672AE" w:rsidRDefault="00B6161B" w:rsidP="00D672AE">
            <w:pPr>
              <w:rPr>
                <w:rFonts w:ascii="標楷體" w:eastAsia="標楷體" w:hAnsi="標楷體"/>
                <w:lang w:eastAsia="zh-TW"/>
              </w:rPr>
            </w:pPr>
            <w:r w:rsidRPr="00D672AE">
              <w:rPr>
                <w:rFonts w:ascii="標楷體" w:eastAsia="標楷體" w:hAnsi="標楷體"/>
                <w:lang w:eastAsia="zh-TW"/>
              </w:rPr>
              <w:t>報案時間：</w:t>
            </w:r>
            <w:r w:rsidRPr="00D672AE">
              <w:rPr>
                <w:rFonts w:ascii="標楷體" w:eastAsia="標楷體" w:hAnsi="標楷體"/>
                <w:lang w:eastAsia="zh-TW"/>
              </w:rPr>
              <w:br/>
            </w:r>
            <w:r w:rsidRPr="00D672AE">
              <w:rPr>
                <w:rFonts w:ascii="標楷體" w:eastAsia="標楷體" w:hAnsi="標楷體"/>
                <w:lang w:eastAsia="zh-TW"/>
              </w:rPr>
              <w:br/>
              <w:t>受理單位：</w:t>
            </w:r>
            <w:r w:rsidRPr="00D672AE">
              <w:rPr>
                <w:rFonts w:ascii="標楷體" w:eastAsia="標楷體" w:hAnsi="標楷體"/>
                <w:lang w:eastAsia="zh-TW"/>
              </w:rPr>
              <w:br/>
            </w:r>
            <w:r w:rsidRPr="00D672AE">
              <w:rPr>
                <w:rFonts w:ascii="標楷體" w:eastAsia="標楷體" w:hAnsi="標楷體"/>
                <w:lang w:eastAsia="zh-TW"/>
              </w:rPr>
              <w:br/>
              <w:t>受理人員：</w:t>
            </w:r>
          </w:p>
        </w:tc>
      </w:tr>
      <w:tr w:rsidR="003E6C6A" w:rsidRPr="00D672AE" w:rsidTr="00D672AE">
        <w:trPr>
          <w:trHeight w:val="2812"/>
        </w:trPr>
        <w:tc>
          <w:tcPr>
            <w:tcW w:w="2551" w:type="dxa"/>
            <w:vAlign w:val="center"/>
          </w:tcPr>
          <w:p w:rsidR="003E6C6A" w:rsidRPr="00D672AE" w:rsidRDefault="00B6161B">
            <w:pPr>
              <w:rPr>
                <w:rFonts w:ascii="標楷體" w:eastAsia="標楷體" w:hAnsi="標楷體"/>
              </w:rPr>
            </w:pPr>
            <w:r w:rsidRPr="00D672AE">
              <w:rPr>
                <w:rFonts w:ascii="標楷體" w:eastAsia="標楷體" w:hAnsi="標楷體"/>
              </w:rPr>
              <w:t>主管機關通報</w:t>
            </w:r>
          </w:p>
        </w:tc>
        <w:tc>
          <w:tcPr>
            <w:tcW w:w="7654" w:type="dxa"/>
            <w:vAlign w:val="center"/>
          </w:tcPr>
          <w:p w:rsidR="003E6C6A" w:rsidRPr="00D672AE" w:rsidRDefault="00B6161B" w:rsidP="00D672AE">
            <w:pPr>
              <w:rPr>
                <w:rFonts w:ascii="標楷體" w:eastAsia="標楷體" w:hAnsi="標楷體"/>
                <w:lang w:eastAsia="zh-TW"/>
              </w:rPr>
            </w:pPr>
            <w:r w:rsidRPr="00D672AE">
              <w:rPr>
                <w:rFonts w:ascii="標楷體" w:eastAsia="標楷體" w:hAnsi="標楷體"/>
                <w:lang w:eastAsia="zh-TW"/>
              </w:rPr>
              <w:t>通報時間：</w:t>
            </w:r>
            <w:r w:rsidRPr="00D672AE">
              <w:rPr>
                <w:rFonts w:ascii="標楷體" w:eastAsia="標楷體" w:hAnsi="標楷體"/>
                <w:lang w:eastAsia="zh-TW"/>
              </w:rPr>
              <w:br/>
            </w:r>
            <w:r w:rsidRPr="00D672AE">
              <w:rPr>
                <w:rFonts w:ascii="標楷體" w:eastAsia="標楷體" w:hAnsi="標楷體"/>
                <w:lang w:eastAsia="zh-TW"/>
              </w:rPr>
              <w:br/>
              <w:t>通報對象：</w:t>
            </w:r>
            <w:r w:rsidRPr="00D672AE">
              <w:rPr>
                <w:rFonts w:ascii="標楷體" w:eastAsia="標楷體" w:hAnsi="標楷體"/>
                <w:lang w:eastAsia="zh-TW"/>
              </w:rPr>
              <w:br/>
            </w:r>
            <w:r w:rsidRPr="00D672AE">
              <w:rPr>
                <w:rFonts w:ascii="標楷體" w:eastAsia="標楷體" w:hAnsi="標楷體"/>
                <w:lang w:eastAsia="zh-TW"/>
              </w:rPr>
              <w:br/>
              <w:t>承辦窗口：</w:t>
            </w:r>
          </w:p>
        </w:tc>
      </w:tr>
      <w:tr w:rsidR="003E6C6A" w:rsidRPr="00D672AE" w:rsidTr="00D672AE">
        <w:trPr>
          <w:trHeight w:val="2680"/>
        </w:trPr>
        <w:tc>
          <w:tcPr>
            <w:tcW w:w="2551" w:type="dxa"/>
            <w:vAlign w:val="center"/>
          </w:tcPr>
          <w:p w:rsidR="003E6C6A" w:rsidRPr="00D672AE" w:rsidRDefault="00B6161B">
            <w:pPr>
              <w:rPr>
                <w:rFonts w:ascii="標楷體" w:eastAsia="標楷體" w:hAnsi="標楷體"/>
                <w:lang w:eastAsia="zh-TW"/>
              </w:rPr>
            </w:pPr>
            <w:r w:rsidRPr="00D672AE">
              <w:rPr>
                <w:rFonts w:ascii="標楷體" w:eastAsia="標楷體" w:hAnsi="標楷體"/>
                <w:lang w:eastAsia="zh-TW"/>
              </w:rPr>
              <w:t>消費者協助及</w:t>
            </w:r>
            <w:r w:rsidRPr="00D672AE">
              <w:rPr>
                <w:rFonts w:ascii="標楷體" w:eastAsia="標楷體" w:hAnsi="標楷體"/>
                <w:lang w:eastAsia="zh-TW"/>
              </w:rPr>
              <w:br/>
              <w:t>後續改善</w:t>
            </w:r>
          </w:p>
        </w:tc>
        <w:tc>
          <w:tcPr>
            <w:tcW w:w="7654" w:type="dxa"/>
          </w:tcPr>
          <w:p w:rsidR="003E6C6A" w:rsidRPr="00D672AE" w:rsidRDefault="003E6C6A">
            <w:pPr>
              <w:rPr>
                <w:rFonts w:ascii="標楷體" w:eastAsia="標楷體" w:hAnsi="標楷體"/>
                <w:lang w:eastAsia="zh-TW"/>
              </w:rPr>
            </w:pPr>
          </w:p>
        </w:tc>
      </w:tr>
    </w:tbl>
    <w:p w:rsidR="00B6161B" w:rsidRPr="00D672AE" w:rsidRDefault="00B6161B">
      <w:pPr>
        <w:rPr>
          <w:rFonts w:ascii="標楷體" w:eastAsia="標楷體" w:hAnsi="標楷體"/>
          <w:lang w:eastAsia="zh-TW"/>
        </w:rPr>
      </w:pPr>
    </w:p>
    <w:sectPr w:rsidR="00B6161B" w:rsidRPr="00D672AE" w:rsidSect="00D672AE">
      <w:pgSz w:w="12240" w:h="15840"/>
      <w:pgMar w:top="850" w:right="850" w:bottom="426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165" w:rsidRDefault="00CD5165" w:rsidP="00D672AE">
      <w:pPr>
        <w:spacing w:after="0" w:line="240" w:lineRule="auto"/>
      </w:pPr>
      <w:r>
        <w:separator/>
      </w:r>
    </w:p>
  </w:endnote>
  <w:endnote w:type="continuationSeparator" w:id="0">
    <w:p w:rsidR="00CD5165" w:rsidRDefault="00CD5165" w:rsidP="00D67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165" w:rsidRDefault="00CD5165" w:rsidP="00D672AE">
      <w:pPr>
        <w:spacing w:after="0" w:line="240" w:lineRule="auto"/>
      </w:pPr>
      <w:r>
        <w:separator/>
      </w:r>
    </w:p>
  </w:footnote>
  <w:footnote w:type="continuationSeparator" w:id="0">
    <w:p w:rsidR="00CD5165" w:rsidRDefault="00CD5165" w:rsidP="00D672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574B1"/>
    <w:rsid w:val="0029639D"/>
    <w:rsid w:val="00326F90"/>
    <w:rsid w:val="003E6C6A"/>
    <w:rsid w:val="00AA1D8D"/>
    <w:rsid w:val="00B47730"/>
    <w:rsid w:val="00B6161B"/>
    <w:rsid w:val="00CB0664"/>
    <w:rsid w:val="00CD5165"/>
    <w:rsid w:val="00D672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D0011410-8FE4-4E99-A95F-DE735757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57B2EA-5243-4247-A50A-9080D0BFF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陳筱鈞</cp:lastModifiedBy>
  <cp:revision>3</cp:revision>
  <dcterms:created xsi:type="dcterms:W3CDTF">2013-12-23T23:15:00Z</dcterms:created>
  <dcterms:modified xsi:type="dcterms:W3CDTF">2026-08-14T07:12:00Z</dcterms:modified>
  <cp:category/>
</cp:coreProperties>
</file>