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B4A" w:rsidRPr="00FC6F77" w:rsidRDefault="00064464">
      <w:pPr>
        <w:rPr>
          <w:rFonts w:ascii="標楷體" w:eastAsia="標楷體" w:hAnsi="標楷體"/>
          <w:lang w:eastAsia="zh-TW"/>
        </w:rPr>
      </w:pPr>
      <w:r w:rsidRPr="00FC6F77">
        <w:rPr>
          <w:rFonts w:ascii="標楷體" w:eastAsia="標楷體" w:hAnsi="標楷體"/>
          <w:b/>
          <w:sz w:val="28"/>
          <w:lang w:eastAsia="zh-TW"/>
        </w:rPr>
        <w:t>附表三：施工、維修、清潔及外包人員進入隱私區域管制紀錄表（範本）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1417"/>
        <w:gridCol w:w="1984"/>
        <w:gridCol w:w="1417"/>
        <w:gridCol w:w="850"/>
        <w:gridCol w:w="1417"/>
        <w:gridCol w:w="1134"/>
      </w:tblGrid>
      <w:tr w:rsidR="00FF6B4A" w:rsidRPr="00FC6F77">
        <w:tc>
          <w:tcPr>
            <w:tcW w:w="850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日期</w:t>
            </w:r>
            <w:r w:rsidRPr="00FC6F77">
              <w:rPr>
                <w:rFonts w:ascii="標楷體" w:eastAsia="標楷體" w:hAnsi="標楷體"/>
                <w:b/>
              </w:rPr>
              <w:br/>
              <w:t>時間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廠商/</w:t>
            </w:r>
            <w:r w:rsidRPr="00FC6F77">
              <w:rPr>
                <w:rFonts w:ascii="標楷體" w:eastAsia="標楷體" w:hAnsi="標楷體"/>
                <w:b/>
              </w:rPr>
              <w:br/>
              <w:t>人員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作業區域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作業內容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攜入設備</w:t>
            </w:r>
          </w:p>
        </w:tc>
        <w:tc>
          <w:tcPr>
            <w:tcW w:w="850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陪同</w:t>
            </w:r>
            <w:r w:rsidRPr="00FC6F77">
              <w:rPr>
                <w:rFonts w:ascii="標楷體" w:eastAsia="標楷體" w:hAnsi="標楷體"/>
                <w:b/>
              </w:rPr>
              <w:br/>
              <w:t>人員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完工檢查/</w:t>
            </w:r>
            <w:r w:rsidRPr="00FC6F77">
              <w:rPr>
                <w:rFonts w:ascii="標楷體" w:eastAsia="標楷體" w:hAnsi="標楷體"/>
                <w:b/>
              </w:rPr>
              <w:br/>
              <w:t>偵測結果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FF6B4A" w:rsidRPr="00FC6F77" w:rsidRDefault="00064464">
            <w:pPr>
              <w:jc w:val="center"/>
              <w:rPr>
                <w:rFonts w:ascii="標楷體" w:eastAsia="標楷體" w:hAnsi="標楷體"/>
              </w:rPr>
            </w:pPr>
            <w:r w:rsidRPr="00FC6F77">
              <w:rPr>
                <w:rFonts w:ascii="標楷體" w:eastAsia="標楷體" w:hAnsi="標楷體"/>
                <w:b/>
              </w:rPr>
              <w:t>備註</w:t>
            </w: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FF6B4A" w:rsidRPr="00FC6F77"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FF6B4A" w:rsidRPr="00FC6F77" w:rsidRDefault="00064464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FF6B4A" w:rsidRPr="00FC6F77" w:rsidRDefault="00FF6B4A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265D1" w:rsidRPr="00FC6F77">
        <w:tc>
          <w:tcPr>
            <w:tcW w:w="850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  <w:vAlign w:val="center"/>
          </w:tcPr>
          <w:p w:rsidR="00C265D1" w:rsidRPr="00FC6F77" w:rsidRDefault="00C265D1" w:rsidP="00C265D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265D1" w:rsidRPr="00FC6F77" w:rsidTr="00C265D1">
        <w:tc>
          <w:tcPr>
            <w:tcW w:w="850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□更衣室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□淋浴間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□洗手間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□其他</w:t>
            </w:r>
          </w:p>
        </w:tc>
        <w:tc>
          <w:tcPr>
            <w:tcW w:w="1984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850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417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  <w:r w:rsidRPr="00FC6F77">
              <w:rPr>
                <w:rFonts w:ascii="標楷體" w:eastAsia="標楷體" w:hAnsi="標楷體"/>
                <w:lang w:eastAsia="zh-TW"/>
              </w:rPr>
              <w:t>□正常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>□異常，</w:t>
            </w:r>
            <w:r w:rsidRPr="00FC6F77">
              <w:rPr>
                <w:rFonts w:ascii="標楷體" w:eastAsia="標楷體" w:hAnsi="標楷體"/>
                <w:lang w:eastAsia="zh-TW"/>
              </w:rPr>
              <w:br/>
              <w:t xml:space="preserve">  已處置</w:t>
            </w:r>
          </w:p>
        </w:tc>
        <w:tc>
          <w:tcPr>
            <w:tcW w:w="1134" w:type="dxa"/>
          </w:tcPr>
          <w:p w:rsidR="00C265D1" w:rsidRPr="00FC6F77" w:rsidRDefault="00C265D1" w:rsidP="0090189D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:rsidR="00064464" w:rsidRPr="00C265D1" w:rsidRDefault="00064464">
      <w:pPr>
        <w:rPr>
          <w:rFonts w:ascii="標楷體" w:eastAsia="標楷體" w:hAnsi="標楷體"/>
          <w:lang w:eastAsia="zh-TW"/>
        </w:rPr>
      </w:pPr>
    </w:p>
    <w:sectPr w:rsidR="00064464" w:rsidRPr="00C265D1" w:rsidSect="00C265D1">
      <w:pgSz w:w="12240" w:h="15840"/>
      <w:pgMar w:top="850" w:right="850" w:bottom="426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4464"/>
    <w:rsid w:val="0015074B"/>
    <w:rsid w:val="0029639D"/>
    <w:rsid w:val="00326F90"/>
    <w:rsid w:val="00AA1D8D"/>
    <w:rsid w:val="00B47730"/>
    <w:rsid w:val="00C265D1"/>
    <w:rsid w:val="00CB0664"/>
    <w:rsid w:val="00FC693F"/>
    <w:rsid w:val="00FC6F77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757A1B0-59AA-4274-841D-488C3AB4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093113-0995-40CE-A4A6-EE9BDA4B9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陳筱鈞</cp:lastModifiedBy>
  <cp:revision>3</cp:revision>
  <dcterms:created xsi:type="dcterms:W3CDTF">2013-12-23T23:15:00Z</dcterms:created>
  <dcterms:modified xsi:type="dcterms:W3CDTF">2026-08-14T07:12:00Z</dcterms:modified>
  <cp:category/>
</cp:coreProperties>
</file>