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F44" w:rsidRPr="00304257" w:rsidRDefault="000A33A2">
      <w:pPr>
        <w:rPr>
          <w:rFonts w:ascii="標楷體" w:eastAsia="標楷體" w:hAnsi="標楷體"/>
          <w:lang w:eastAsia="zh-TW"/>
        </w:rPr>
      </w:pPr>
      <w:r w:rsidRPr="00304257">
        <w:rPr>
          <w:rFonts w:ascii="標楷體" w:eastAsia="標楷體" w:hAnsi="標楷體"/>
          <w:b/>
          <w:sz w:val="28"/>
          <w:lang w:eastAsia="zh-TW"/>
        </w:rPr>
        <w:t>附表一：每日反偷拍目視巡檢紀錄表（範本）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417"/>
        <w:gridCol w:w="3685"/>
        <w:gridCol w:w="1134"/>
        <w:gridCol w:w="1417"/>
        <w:gridCol w:w="850"/>
        <w:gridCol w:w="850"/>
      </w:tblGrid>
      <w:tr w:rsidR="00B24F44" w:rsidRPr="00304257">
        <w:tc>
          <w:tcPr>
            <w:tcW w:w="850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日期</w:t>
            </w:r>
            <w:r w:rsidRPr="00304257">
              <w:rPr>
                <w:rFonts w:ascii="標楷體" w:eastAsia="標楷體" w:hAnsi="標楷體"/>
                <w:b/>
              </w:rPr>
              <w:br/>
            </w:r>
            <w:r w:rsidRPr="00304257"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巡檢區域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巡檢重點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檢查結果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異常說明</w:t>
            </w:r>
            <w:r w:rsidRPr="00304257">
              <w:rPr>
                <w:rFonts w:ascii="標楷體" w:eastAsia="標楷體" w:hAnsi="標楷體"/>
                <w:b/>
              </w:rPr>
              <w:br/>
            </w:r>
            <w:r w:rsidRPr="00304257">
              <w:rPr>
                <w:rFonts w:ascii="標楷體" w:eastAsia="標楷體" w:hAnsi="標楷體"/>
                <w:b/>
              </w:rPr>
              <w:t>及處置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巡檢</w:t>
            </w:r>
            <w:r w:rsidRPr="00304257">
              <w:rPr>
                <w:rFonts w:ascii="標楷體" w:eastAsia="標楷體" w:hAnsi="標楷體"/>
                <w:b/>
              </w:rPr>
              <w:br/>
            </w:r>
            <w:r w:rsidRPr="00304257">
              <w:rPr>
                <w:rFonts w:ascii="標楷體" w:eastAsia="標楷體" w:hAnsi="標楷體"/>
                <w:b/>
              </w:rPr>
              <w:t>人員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  <w:b/>
              </w:rPr>
              <w:t>主管</w:t>
            </w:r>
            <w:r w:rsidRPr="00304257">
              <w:rPr>
                <w:rFonts w:ascii="標楷體" w:eastAsia="標楷體" w:hAnsi="標楷體"/>
                <w:b/>
              </w:rPr>
              <w:br/>
            </w:r>
            <w:r w:rsidRPr="00304257">
              <w:rPr>
                <w:rFonts w:ascii="標楷體" w:eastAsia="標楷體" w:hAnsi="標楷體"/>
                <w:b/>
              </w:rPr>
              <w:t>覆核</w:t>
            </w: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  <w:tr w:rsidR="00B24F44" w:rsidRPr="00304257"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更衣室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淋浴間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304257">
              <w:rPr>
                <w:rFonts w:ascii="標楷體" w:eastAsia="標楷體" w:hAnsi="標楷體"/>
                <w:lang w:eastAsia="zh-TW"/>
              </w:rPr>
              <w:t>洗手間</w:t>
            </w:r>
            <w:r w:rsidRPr="00304257">
              <w:rPr>
                <w:rFonts w:ascii="標楷體" w:eastAsia="標楷體" w:hAnsi="標楷體"/>
                <w:lang w:eastAsia="zh-TW"/>
              </w:rPr>
              <w:br/>
              <w:t>□</w:t>
            </w:r>
            <w:bookmarkStart w:id="0" w:name="_GoBack"/>
            <w:r w:rsidRPr="00304257">
              <w:rPr>
                <w:rFonts w:ascii="標楷體" w:eastAsia="標楷體" w:hAnsi="標楷體"/>
                <w:lang w:eastAsia="zh-TW"/>
              </w:rPr>
              <w:t>其他</w:t>
            </w:r>
            <w:bookmarkEnd w:id="0"/>
          </w:p>
        </w:tc>
        <w:tc>
          <w:tcPr>
            <w:tcW w:w="3685" w:type="dxa"/>
            <w:vAlign w:val="center"/>
          </w:tcPr>
          <w:p w:rsidR="00B24F44" w:rsidRPr="00304257" w:rsidRDefault="000A33A2">
            <w:pPr>
              <w:rPr>
                <w:rFonts w:ascii="標楷體" w:eastAsia="標楷體" w:hAnsi="標楷體"/>
                <w:lang w:eastAsia="zh-TW"/>
              </w:rPr>
            </w:pPr>
            <w:r w:rsidRPr="00304257">
              <w:rPr>
                <w:rFonts w:ascii="標楷體" w:eastAsia="標楷體" w:hAnsi="標楷體"/>
                <w:lang w:eastAsia="zh-TW"/>
              </w:rPr>
              <w:t>天花板、門板、隔間、通風口、防煙器、插座、掛鈎、置物櫃、垃圾桶、面紙盒</w:t>
            </w:r>
          </w:p>
        </w:tc>
        <w:tc>
          <w:tcPr>
            <w:tcW w:w="1134" w:type="dxa"/>
            <w:vAlign w:val="center"/>
          </w:tcPr>
          <w:p w:rsidR="00B24F44" w:rsidRPr="00304257" w:rsidRDefault="000A33A2">
            <w:pPr>
              <w:jc w:val="center"/>
              <w:rPr>
                <w:rFonts w:ascii="標楷體" w:eastAsia="標楷體" w:hAnsi="標楷體"/>
              </w:rPr>
            </w:pPr>
            <w:r w:rsidRPr="00304257">
              <w:rPr>
                <w:rFonts w:ascii="標楷體" w:eastAsia="標楷體" w:hAnsi="標楷體"/>
              </w:rPr>
              <w:t>□</w:t>
            </w:r>
            <w:r w:rsidRPr="00304257">
              <w:rPr>
                <w:rFonts w:ascii="標楷體" w:eastAsia="標楷體" w:hAnsi="標楷體"/>
              </w:rPr>
              <w:t>正常</w:t>
            </w:r>
            <w:r w:rsidRPr="00304257">
              <w:rPr>
                <w:rFonts w:ascii="標楷體" w:eastAsia="標楷體" w:hAnsi="標楷體"/>
              </w:rPr>
              <w:br/>
              <w:t>□</w:t>
            </w:r>
            <w:r w:rsidRPr="00304257">
              <w:rPr>
                <w:rFonts w:ascii="標楷體" w:eastAsia="標楷體" w:hAnsi="標楷體"/>
              </w:rPr>
              <w:t>異常</w:t>
            </w:r>
          </w:p>
        </w:tc>
        <w:tc>
          <w:tcPr>
            <w:tcW w:w="1417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B24F44" w:rsidRPr="00304257" w:rsidRDefault="00B24F44">
            <w:pPr>
              <w:rPr>
                <w:rFonts w:ascii="標楷體" w:eastAsia="標楷體" w:hAnsi="標楷體"/>
              </w:rPr>
            </w:pPr>
          </w:p>
        </w:tc>
      </w:tr>
    </w:tbl>
    <w:p w:rsidR="000A33A2" w:rsidRPr="00304257" w:rsidRDefault="000A33A2">
      <w:pPr>
        <w:rPr>
          <w:rFonts w:ascii="標楷體" w:eastAsia="標楷體" w:hAnsi="標楷體"/>
        </w:rPr>
      </w:pPr>
    </w:p>
    <w:sectPr w:rsidR="000A33A2" w:rsidRPr="00304257" w:rsidSect="00304257">
      <w:pgSz w:w="12240" w:h="15840"/>
      <w:pgMar w:top="850" w:right="850" w:bottom="568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3A2" w:rsidRDefault="000A33A2" w:rsidP="00304257">
      <w:pPr>
        <w:spacing w:after="0" w:line="240" w:lineRule="auto"/>
      </w:pPr>
      <w:r>
        <w:separator/>
      </w:r>
    </w:p>
  </w:endnote>
  <w:endnote w:type="continuationSeparator" w:id="0">
    <w:p w:rsidR="000A33A2" w:rsidRDefault="000A33A2" w:rsidP="00304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3A2" w:rsidRDefault="000A33A2" w:rsidP="00304257">
      <w:pPr>
        <w:spacing w:after="0" w:line="240" w:lineRule="auto"/>
      </w:pPr>
      <w:r>
        <w:separator/>
      </w:r>
    </w:p>
  </w:footnote>
  <w:footnote w:type="continuationSeparator" w:id="0">
    <w:p w:rsidR="000A33A2" w:rsidRDefault="000A33A2" w:rsidP="00304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3A2"/>
    <w:rsid w:val="0015074B"/>
    <w:rsid w:val="0029639D"/>
    <w:rsid w:val="00304257"/>
    <w:rsid w:val="00326F90"/>
    <w:rsid w:val="00AA1D8D"/>
    <w:rsid w:val="00B24F4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BE85BA8C-D902-4038-B863-35F8BA52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623205-2191-44E5-8122-723C03EF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陳筱鈞</cp:lastModifiedBy>
  <cp:revision>2</cp:revision>
  <dcterms:created xsi:type="dcterms:W3CDTF">2013-12-23T23:15:00Z</dcterms:created>
  <dcterms:modified xsi:type="dcterms:W3CDTF">2026-08-14T06:47:00Z</dcterms:modified>
  <cp:category/>
</cp:coreProperties>
</file>